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D21ECD" w:rsidR="00C91919" w:rsidP="213291C1" w:rsidRDefault="00482E81" w14:paraId="0A724684" w14:textId="089BC4EA">
      <w:pPr>
        <w:pStyle w:val="Title"/>
        <w:spacing w:line="240" w:lineRule="auto"/>
        <w:rPr>
          <w:b w:val="1"/>
          <w:bCs w:val="1"/>
          <w:color w:val="4F81BD" w:themeColor="accent1" w:themeTint="FF" w:themeShade="FF"/>
          <w:lang w:val="lt-LT"/>
        </w:rPr>
      </w:pPr>
      <w:r w:rsidRPr="00D21ECD">
        <w:rPr>
          <w:b/>
          <w:bCs/>
          <w:noProof/>
          <w:color w:val="4F81BD" w:themeColor="accent1"/>
          <w:lang w:val="lt-LT"/>
        </w:rPr>
        <w:drawing>
          <wp:anchor distT="0" distB="0" distL="114300" distR="114300" simplePos="0" relativeHeight="251657216" behindDoc="1" locked="0" layoutInCell="1" allowOverlap="1" wp14:anchorId="66786626" wp14:editId="30055A15">
            <wp:simplePos x="0" y="0"/>
            <wp:positionH relativeFrom="column">
              <wp:posOffset>3888245</wp:posOffset>
            </wp:positionH>
            <wp:positionV relativeFrom="paragraph">
              <wp:posOffset>-217256</wp:posOffset>
            </wp:positionV>
            <wp:extent cx="2688590" cy="1171575"/>
            <wp:effectExtent l="0" t="0" r="0" b="9525"/>
            <wp:wrapTight wrapText="bothSides">
              <wp:wrapPolygon edited="0">
                <wp:start x="0" y="0"/>
                <wp:lineTo x="0" y="21424"/>
                <wp:lineTo x="21427" y="21424"/>
                <wp:lineTo x="21427" y="0"/>
                <wp:lineTo x="0" y="0"/>
              </wp:wrapPolygon>
            </wp:wrapTight>
            <wp:docPr id="2065047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047758" name="Picture 2065047758"/>
                    <pic:cNvPicPr/>
                  </pic:nvPicPr>
                  <pic:blipFill>
                    <a:blip r:embed="rId6"/>
                    <a:stretch>
                      <a:fillRect/>
                    </a:stretch>
                  </pic:blipFill>
                  <pic:spPr>
                    <a:xfrm>
                      <a:off x="0" y="0"/>
                      <a:ext cx="2688590" cy="1171575"/>
                    </a:xfrm>
                    <a:prstGeom prst="rect">
                      <a:avLst/>
                    </a:prstGeom>
                  </pic:spPr>
                </pic:pic>
              </a:graphicData>
            </a:graphic>
            <wp14:sizeRelH relativeFrom="margin">
              <wp14:pctWidth>0</wp14:pctWidth>
            </wp14:sizeRelH>
            <wp14:sizeRelV relativeFrom="margin">
              <wp14:pctHeight>0</wp14:pctHeight>
            </wp14:sizeRelV>
          </wp:anchor>
        </w:drawing>
      </w:r>
      <w:r w:rsidRPr="00D21ECD" w:rsidR="5B4A4275">
        <w:rPr>
          <w:b w:val="1"/>
          <w:bCs w:val="1"/>
          <w:color w:val="4F81BD" w:themeColor="accent1"/>
          <w:lang w:val="lt-LT"/>
        </w:rPr>
        <w:t xml:space="preserve">Mokinių konkurso </w:t>
      </w:r>
      <w:r w:rsidRPr="213291C1" w:rsidR="07613853">
        <w:rPr>
          <w:b w:val="1"/>
          <w:bCs w:val="1"/>
          <w:color w:val="4F81BD" w:themeColor="accent1" w:themeTint="FF" w:themeShade="FF"/>
          <w:lang w:val="lt-LT"/>
        </w:rPr>
        <w:t>”</w:t>
      </w:r>
      <w:r w:rsidRPr="213291C1" w:rsidR="5B4A4275">
        <w:rPr>
          <w:b w:val="1"/>
          <w:bCs w:val="1"/>
          <w:color w:val="4F81BD" w:themeColor="accent1" w:themeTint="FF" w:themeShade="FF"/>
          <w:lang w:val="lt-LT"/>
        </w:rPr>
        <w:t>Istorijos detektyvai</w:t>
      </w:r>
      <w:r w:rsidRPr="213291C1" w:rsidR="5E3649BD">
        <w:rPr>
          <w:b w:val="1"/>
          <w:bCs w:val="1"/>
          <w:color w:val="4F81BD" w:themeColor="accent1" w:themeTint="FF" w:themeShade="FF"/>
          <w:lang w:val="lt-LT"/>
        </w:rPr>
        <w:t>:</w:t>
      </w:r>
      <w:r w:rsidRPr="213291C1" w:rsidR="5B4A4275">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 xml:space="preserve"> </w:t>
      </w:r>
      <w:r w:rsidRPr="213291C1" w:rsidR="5840A526">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k</w:t>
      </w:r>
      <w:r w:rsidRPr="213291C1" w:rsidR="384E47EC">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ą slepia mano kraštas</w:t>
      </w:r>
      <w:r w:rsidRPr="213291C1" w:rsidR="01693BF8">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w:t>
      </w:r>
      <w:r w:rsidRPr="213291C1" w:rsidR="5E16394D">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w:t>
      </w:r>
      <w:r w:rsidRPr="213291C1" w:rsidR="384E47EC">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 xml:space="preserve"> </w:t>
      </w:r>
      <w:r w:rsidRPr="213291C1" w:rsidR="5B4A4275">
        <w:rPr>
          <w:rFonts w:ascii="Calibri" w:hAnsi="Calibri" w:eastAsia="ＭＳ ゴシック" w:cs="" w:asciiTheme="majorAscii" w:hAnsiTheme="majorAscii" w:eastAsiaTheme="majorEastAsia" w:cstheme="majorBidi"/>
          <w:b w:val="1"/>
          <w:bCs w:val="1"/>
          <w:color w:val="4F81BD" w:themeColor="accent1" w:themeTint="FF" w:themeShade="FF"/>
          <w:sz w:val="36"/>
          <w:szCs w:val="36"/>
          <w:lang w:val="lt-LT" w:eastAsia="en-US" w:bidi="ar-SA"/>
        </w:rPr>
        <w:t>nuostatai</w:t>
      </w:r>
    </w:p>
    <w:p w:rsidRPr="003D144D" w:rsidR="00C91919" w:rsidRDefault="00187077" w14:paraId="161F7547" w14:textId="77777777">
      <w:pPr>
        <w:pStyle w:val="Heading1"/>
        <w:rPr>
          <w:lang w:val="lt-LT"/>
        </w:rPr>
      </w:pPr>
      <w:r w:rsidRPr="003D144D">
        <w:rPr>
          <w:lang w:val="lt-LT"/>
        </w:rPr>
        <w:t>1. Bendrosios nuostatos</w:t>
      </w:r>
    </w:p>
    <w:p w:rsidRPr="003D144D" w:rsidR="00C91919" w:rsidP="2E143ADE" w:rsidRDefault="00187077" w14:paraId="4FE2EF6C" w14:textId="4A2B2DF5">
      <w:pPr>
        <w:pStyle w:val="ListNumber"/>
        <w:rPr>
          <w:sz w:val="22"/>
          <w:szCs w:val="22"/>
          <w:lang w:val="lt-LT"/>
        </w:rPr>
      </w:pPr>
      <w:r w:rsidRPr="213291C1" w:rsidR="5A1D6611">
        <w:rPr>
          <w:sz w:val="22"/>
          <w:szCs w:val="22"/>
          <w:lang w:val="lt-LT"/>
        </w:rPr>
        <w:t>Konkursą „Istorijos detektyvai</w:t>
      </w:r>
      <w:r w:rsidRPr="213291C1" w:rsidR="6AD85C6F">
        <w:rPr>
          <w:sz w:val="22"/>
          <w:szCs w:val="22"/>
          <w:lang w:val="lt-LT"/>
        </w:rPr>
        <w:t>:</w:t>
      </w:r>
      <w:r w:rsidRPr="213291C1" w:rsidR="5A1D6611">
        <w:rPr>
          <w:sz w:val="22"/>
          <w:szCs w:val="22"/>
          <w:lang w:val="lt-LT"/>
        </w:rPr>
        <w:t xml:space="preserve"> </w:t>
      </w:r>
      <w:r w:rsidRPr="213291C1" w:rsidR="484ECBA1">
        <w:rPr>
          <w:sz w:val="22"/>
          <w:szCs w:val="22"/>
          <w:lang w:val="lt-LT"/>
        </w:rPr>
        <w:t>k</w:t>
      </w:r>
      <w:r w:rsidRPr="213291C1" w:rsidR="5A1D6611">
        <w:rPr>
          <w:sz w:val="22"/>
          <w:szCs w:val="22"/>
          <w:lang w:val="lt-LT"/>
        </w:rPr>
        <w:t>ą slepia mano kraštas?“ organizuoja VšĮ Rietavo turizmo ir verslo informacijos centras</w:t>
      </w:r>
      <w:r w:rsidRPr="213291C1" w:rsidR="101FE821">
        <w:rPr>
          <w:sz w:val="22"/>
          <w:szCs w:val="22"/>
          <w:lang w:val="lt-LT"/>
        </w:rPr>
        <w:t xml:space="preserve"> (RTVIC)</w:t>
      </w:r>
      <w:r w:rsidRPr="213291C1" w:rsidR="5A1D6611">
        <w:rPr>
          <w:sz w:val="22"/>
          <w:szCs w:val="22"/>
          <w:lang w:val="lt-LT"/>
        </w:rPr>
        <w:t xml:space="preserve"> (toliau – Organizatorius), dalyvaujantis tarptautiniame projekte BRIDGE</w:t>
      </w:r>
      <w:r w:rsidRPr="213291C1" w:rsidR="71712225">
        <w:rPr>
          <w:sz w:val="22"/>
          <w:szCs w:val="22"/>
          <w:lang w:val="lt-LT"/>
        </w:rPr>
        <w:t xml:space="preserve"> -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Cultural</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and</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tourism</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education</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as</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a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bridge</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for</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cross-border</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cooperation</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networking</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and</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developing</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relationships</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with</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new</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 xml:space="preserve"> </w:t>
      </w:r>
      <w:r w:rsidRPr="213291C1" w:rsidR="6C6B8568">
        <w:rPr>
          <w:rFonts w:ascii="Calibri" w:hAnsi="Calibri" w:eastAsia="Calibri" w:cs="Calibri"/>
          <w:b w:val="0"/>
          <w:bCs w:val="0"/>
          <w:i w:val="0"/>
          <w:iCs w:val="0"/>
          <w:caps w:val="0"/>
          <w:smallCaps w:val="0"/>
          <w:noProof w:val="0"/>
          <w:color w:val="000000" w:themeColor="text1" w:themeTint="FF" w:themeShade="FF"/>
          <w:sz w:val="22"/>
          <w:szCs w:val="22"/>
          <w:lang w:val="lt-LT"/>
        </w:rPr>
        <w:t>partners</w:t>
      </w:r>
      <w:r w:rsidRPr="213291C1" w:rsidR="6C6B8568">
        <w:rPr>
          <w:rFonts w:ascii="Calibri" w:hAnsi="Calibri" w:eastAsia="Calibri" w:cs="Calibri" w:asciiTheme="minorAscii" w:hAnsiTheme="minorAscii" w:eastAsiaTheme="minorEastAsia" w:cstheme="minorBidi"/>
          <w:b w:val="0"/>
          <w:bCs w:val="0"/>
          <w:i w:val="0"/>
          <w:iCs w:val="0"/>
          <w:caps w:val="0"/>
          <w:smallCaps w:val="0"/>
          <w:noProof w:val="0"/>
          <w:color w:val="000000" w:themeColor="text1" w:themeTint="FF" w:themeShade="FF"/>
          <w:sz w:val="22"/>
          <w:szCs w:val="22"/>
          <w:lang w:val="lt-LT" w:eastAsia="en-US" w:bidi="ar-SA"/>
        </w:rPr>
        <w:t xml:space="preserve"> (liet</w:t>
      </w:r>
      <w:r w:rsidRPr="213291C1" w:rsidR="5A1D6611">
        <w:rPr>
          <w:rFonts w:ascii="Calibri" w:hAnsi="Calibri" w:eastAsia="Calibri" w:cs="Calibri" w:asciiTheme="minorAscii" w:hAnsiTheme="minorAscii" w:eastAsiaTheme="minorEastAsia" w:cstheme="minorBidi"/>
          <w:b w:val="0"/>
          <w:bCs w:val="0"/>
          <w:i w:val="0"/>
          <w:iCs w:val="0"/>
          <w:caps w:val="0"/>
          <w:smallCaps w:val="0"/>
          <w:color w:val="000000" w:themeColor="text1" w:themeTint="FF" w:themeShade="FF"/>
          <w:sz w:val="22"/>
          <w:szCs w:val="22"/>
          <w:lang w:val="lt-LT" w:eastAsia="en-US" w:bidi="ar-SA"/>
        </w:rPr>
        <w:t>.</w:t>
      </w:r>
      <w:r w:rsidRPr="213291C1" w:rsidR="097428C9">
        <w:rPr>
          <w:rFonts w:ascii="Calibri" w:hAnsi="Calibri" w:eastAsia="Calibri" w:cs="Calibri" w:asciiTheme="minorAscii" w:hAnsiTheme="minorAscii" w:eastAsiaTheme="minorEastAsia" w:cstheme="minorBidi"/>
          <w:b w:val="0"/>
          <w:bCs w:val="0"/>
          <w:i w:val="0"/>
          <w:iCs w:val="0"/>
          <w:caps w:val="0"/>
          <w:smallCaps w:val="0"/>
          <w:color w:val="000000" w:themeColor="text1" w:themeTint="FF" w:themeShade="FF"/>
          <w:sz w:val="22"/>
          <w:szCs w:val="22"/>
          <w:lang w:val="lt-LT" w:eastAsia="en-US" w:bidi="ar-SA"/>
        </w:rPr>
        <w:t xml:space="preserve"> </w:t>
      </w:r>
      <w:r w:rsidRPr="213291C1" w:rsidR="097428C9">
        <w:rPr>
          <w:rFonts w:ascii="Calibri" w:hAnsi="Calibri" w:eastAsia="Calibri" w:cs="Calibri" w:asciiTheme="minorAscii" w:hAnsiTheme="minorAscii" w:eastAsiaTheme="minorEastAsia" w:cstheme="minorBidi"/>
          <w:b w:val="0"/>
          <w:bCs w:val="0"/>
          <w:i w:val="0"/>
          <w:iCs w:val="0"/>
          <w:caps w:val="0"/>
          <w:smallCaps w:val="0"/>
          <w:noProof w:val="0"/>
          <w:color w:val="000000" w:themeColor="text1" w:themeTint="FF" w:themeShade="FF"/>
          <w:sz w:val="22"/>
          <w:szCs w:val="22"/>
          <w:lang w:val="lt-LT" w:eastAsia="en-US" w:bidi="ar-SA"/>
        </w:rPr>
        <w:t>Kultūros ir turizmo švietimas - tiltas tarpvalstybiniam bendradarbiavimui, tinklų kūrimui ir ryšių su naujais partneriais plėtojimui).</w:t>
      </w:r>
      <w:r w:rsidRPr="213291C1" w:rsidR="5A1D6611">
        <w:rPr>
          <w:rFonts w:ascii="Calibri" w:hAnsi="Calibri" w:eastAsia="Calibri" w:cs="Calibri" w:asciiTheme="minorAscii" w:hAnsiTheme="minorAscii" w:eastAsiaTheme="minorEastAsia" w:cstheme="minorBidi"/>
          <w:b w:val="0"/>
          <w:bCs w:val="0"/>
          <w:i w:val="0"/>
          <w:iCs w:val="0"/>
          <w:caps w:val="0"/>
          <w:smallCaps w:val="0"/>
          <w:color w:val="000000" w:themeColor="text1" w:themeTint="FF" w:themeShade="FF"/>
          <w:sz w:val="22"/>
          <w:szCs w:val="22"/>
          <w:lang w:val="lt-LT" w:eastAsia="en-US" w:bidi="ar-SA"/>
        </w:rPr>
        <w:t xml:space="preserve"> Projekta</w:t>
      </w:r>
      <w:r w:rsidRPr="213291C1" w:rsidR="5A1D6611">
        <w:rPr>
          <w:sz w:val="22"/>
          <w:szCs w:val="22"/>
          <w:lang w:val="lt-LT"/>
        </w:rPr>
        <w:t xml:space="preserve">s bendrai finansuojamas pagal 2021–2027 m. </w:t>
      </w:r>
      <w:r w:rsidRPr="213291C1" w:rsidR="5A1D6611">
        <w:rPr>
          <w:sz w:val="22"/>
          <w:szCs w:val="22"/>
          <w:lang w:val="lt-LT"/>
        </w:rPr>
        <w:t>Interreg</w:t>
      </w:r>
      <w:r w:rsidRPr="213291C1" w:rsidR="5A1D6611">
        <w:rPr>
          <w:sz w:val="22"/>
          <w:szCs w:val="22"/>
          <w:lang w:val="lt-LT"/>
        </w:rPr>
        <w:t xml:space="preserve"> Pietų Baltijos programą.</w:t>
      </w:r>
    </w:p>
    <w:p w:rsidRPr="003D144D" w:rsidR="00C91919" w:rsidP="2E143ADE" w:rsidRDefault="00187077" w14:paraId="5007D8C7" w14:textId="083FB56F">
      <w:pPr>
        <w:pStyle w:val="ListNumber"/>
        <w:rPr>
          <w:sz w:val="22"/>
          <w:szCs w:val="22"/>
          <w:lang w:val="lt-LT"/>
        </w:rPr>
      </w:pPr>
      <w:r w:rsidRPr="2E143ADE" w:rsidR="00187077">
        <w:rPr>
          <w:sz w:val="22"/>
          <w:szCs w:val="22"/>
          <w:lang w:val="lt-LT"/>
        </w:rPr>
        <w:t xml:space="preserve">Konkursas skirtas Rietavo savivaldybės ir </w:t>
      </w:r>
      <w:r w:rsidRPr="2E143ADE" w:rsidR="4F01DCCA">
        <w:rPr>
          <w:sz w:val="22"/>
          <w:szCs w:val="22"/>
          <w:lang w:val="lt-LT"/>
        </w:rPr>
        <w:t xml:space="preserve">kitų </w:t>
      </w:r>
      <w:r w:rsidRPr="2E143ADE" w:rsidR="00187077">
        <w:rPr>
          <w:sz w:val="22"/>
          <w:szCs w:val="22"/>
          <w:lang w:val="lt-LT"/>
        </w:rPr>
        <w:t>Telšių regiono</w:t>
      </w:r>
      <w:r w:rsidRPr="2E143ADE" w:rsidR="313261CB">
        <w:rPr>
          <w:sz w:val="22"/>
          <w:szCs w:val="22"/>
          <w:lang w:val="lt-LT"/>
        </w:rPr>
        <w:t xml:space="preserve"> savivaldybių</w:t>
      </w:r>
      <w:r w:rsidRPr="2E143ADE" w:rsidR="00187077">
        <w:rPr>
          <w:sz w:val="22"/>
          <w:szCs w:val="22"/>
          <w:lang w:val="lt-LT"/>
        </w:rPr>
        <w:t xml:space="preserve"> 4–8 klasių mokiniams. Jo esmė – pačių mokinių atrasti, patikrinti ir pristatyti savo krašto istorijos bei kultūros paveldo pėdsakai.</w:t>
      </w:r>
    </w:p>
    <w:p w:rsidRPr="003D144D" w:rsidR="00C91919" w:rsidRDefault="00187077" w14:paraId="58141C43" w14:textId="77777777">
      <w:pPr>
        <w:pStyle w:val="ListNumber"/>
        <w:rPr>
          <w:sz w:val="22"/>
          <w:lang w:val="lt-LT"/>
        </w:rPr>
      </w:pPr>
      <w:r w:rsidRPr="003D144D">
        <w:rPr>
          <w:sz w:val="22"/>
          <w:lang w:val="lt-LT"/>
        </w:rPr>
        <w:t>Šie nuostatai nustato dalyvius, užduotį, pateikimo tvarką, vertinimą, apdovanojimus ir darbų skelbimo sąlygas.</w:t>
      </w:r>
    </w:p>
    <w:p w:rsidRPr="003D144D" w:rsidR="00C91919" w:rsidRDefault="00187077" w14:paraId="168D2B9B" w14:textId="77777777">
      <w:pPr>
        <w:pStyle w:val="Heading1"/>
        <w:rPr>
          <w:lang w:val="lt-LT"/>
        </w:rPr>
      </w:pPr>
      <w:r w:rsidRPr="003D144D">
        <w:rPr>
          <w:lang w:val="lt-LT"/>
        </w:rPr>
        <w:t>2. Tikslas ir užduotis</w:t>
      </w:r>
    </w:p>
    <w:p w:rsidRPr="003D144D" w:rsidR="00C91919" w:rsidP="2E143ADE" w:rsidRDefault="00187077" w14:paraId="40CE970D" w14:textId="77777777">
      <w:pPr>
        <w:pStyle w:val="ListNumber"/>
        <w:rPr>
          <w:sz w:val="22"/>
          <w:szCs w:val="22"/>
          <w:lang w:val="lt-LT"/>
        </w:rPr>
      </w:pPr>
      <w:r w:rsidRPr="2E143ADE" w:rsidR="00187077">
        <w:rPr>
          <w:sz w:val="22"/>
          <w:szCs w:val="22"/>
          <w:lang w:val="lt-LT"/>
        </w:rPr>
        <w:t>Tikslas – skatinti mokinius pažinti artimiausios aplinkos istoriją ir materialųjį kultūros paveldą, ugdyti gebėjimą tyrinėti šaltinius, dirbti komandoje ir įdomiai perteikti atradimus kitiems.</w:t>
      </w:r>
    </w:p>
    <w:p w:rsidRPr="003D144D" w:rsidR="00C91919" w:rsidP="2E143ADE" w:rsidRDefault="00187077" w14:paraId="50859AF9" w14:textId="32654F2B">
      <w:pPr>
        <w:pStyle w:val="ListNumber"/>
        <w:rPr>
          <w:sz w:val="22"/>
          <w:szCs w:val="22"/>
          <w:lang w:val="lt-LT"/>
        </w:rPr>
      </w:pPr>
      <w:r w:rsidRPr="213291C1" w:rsidR="5A1D6611">
        <w:rPr>
          <w:sz w:val="22"/>
          <w:szCs w:val="22"/>
          <w:lang w:val="lt-LT"/>
        </w:rPr>
        <w:t xml:space="preserve">Komanda parengia </w:t>
      </w:r>
      <w:r w:rsidRPr="213291C1" w:rsidR="5A1D6611">
        <w:rPr>
          <w:sz w:val="22"/>
          <w:szCs w:val="22"/>
          <w:lang w:val="lt-LT"/>
        </w:rPr>
        <w:t>1 įraš</w:t>
      </w:r>
      <w:r w:rsidRPr="213291C1" w:rsidR="2A8E5697">
        <w:rPr>
          <w:sz w:val="22"/>
          <w:szCs w:val="22"/>
          <w:lang w:val="lt-LT"/>
        </w:rPr>
        <w:t>ą</w:t>
      </w:r>
      <w:r w:rsidRPr="213291C1" w:rsidR="5A1D6611">
        <w:rPr>
          <w:sz w:val="22"/>
          <w:szCs w:val="22"/>
          <w:lang w:val="lt-LT"/>
        </w:rPr>
        <w:t xml:space="preserve"> apie Rietavo savivaldybėje arba </w:t>
      </w:r>
      <w:r w:rsidRPr="213291C1" w:rsidR="696C8A3E">
        <w:rPr>
          <w:sz w:val="22"/>
          <w:szCs w:val="22"/>
          <w:lang w:val="lt-LT"/>
        </w:rPr>
        <w:t xml:space="preserve">kitose </w:t>
      </w:r>
      <w:r w:rsidRPr="213291C1" w:rsidR="5A1D6611">
        <w:rPr>
          <w:sz w:val="22"/>
          <w:szCs w:val="22"/>
          <w:lang w:val="lt-LT"/>
        </w:rPr>
        <w:t>Telšių region</w:t>
      </w:r>
      <w:r w:rsidRPr="213291C1" w:rsidR="5F34B6C7">
        <w:rPr>
          <w:sz w:val="22"/>
          <w:szCs w:val="22"/>
          <w:lang w:val="lt-LT"/>
        </w:rPr>
        <w:t>o savivaldybėse</w:t>
      </w:r>
      <w:r w:rsidRPr="213291C1" w:rsidR="5A1D6611">
        <w:rPr>
          <w:sz w:val="22"/>
          <w:szCs w:val="22"/>
          <w:lang w:val="lt-LT"/>
        </w:rPr>
        <w:t xml:space="preserve"> esančius istorijos ir kultūros pėdsakus: atminties vietas, paminklus, pastatus, kapus, ekspozicijas, su konkrečia vieta susijusius įvykius ar asmenybes.</w:t>
      </w:r>
      <w:r w:rsidRPr="213291C1" w:rsidR="5A1D6611">
        <w:rPr>
          <w:sz w:val="22"/>
          <w:szCs w:val="22"/>
          <w:lang w:val="lt-LT"/>
        </w:rPr>
        <w:t xml:space="preserve"> </w:t>
      </w:r>
      <w:r w:rsidRPr="213291C1" w:rsidR="31D79125">
        <w:rPr>
          <w:sz w:val="22"/>
          <w:szCs w:val="22"/>
          <w:lang w:val="lt-LT"/>
        </w:rPr>
        <w:t>Į</w:t>
      </w:r>
      <w:r w:rsidRPr="213291C1" w:rsidR="5A1D6611">
        <w:rPr>
          <w:sz w:val="22"/>
          <w:szCs w:val="22"/>
          <w:lang w:val="lt-LT"/>
        </w:rPr>
        <w:t>rašas turi turėti aiškų ryšį su aplankyta vieta.</w:t>
      </w:r>
    </w:p>
    <w:p w:rsidRPr="003D144D" w:rsidR="00C91919" w:rsidP="2E143ADE" w:rsidRDefault="00187077" w14:paraId="309726B6" w14:textId="473D8431">
      <w:pPr>
        <w:pStyle w:val="ListNumber"/>
        <w:rPr>
          <w:sz w:val="22"/>
          <w:szCs w:val="22"/>
          <w:lang w:val="lt-LT"/>
        </w:rPr>
      </w:pPr>
      <w:r w:rsidRPr="2E143ADE" w:rsidR="00187077">
        <w:rPr>
          <w:sz w:val="22"/>
          <w:szCs w:val="22"/>
          <w:lang w:val="lt-LT"/>
        </w:rPr>
        <w:t>Ypač skatinama pagrįstai atskleisti vietos ryšius su Lietuvos, Lenkijos ir Švedijos bendra istorija ar kultūra. Toks ryšys nėra privaloma dalyvavimo sąlyga.</w:t>
      </w:r>
    </w:p>
    <w:p w:rsidRPr="003D144D" w:rsidR="00C91919" w:rsidRDefault="00187077" w14:paraId="31B4EF4E" w14:textId="77777777">
      <w:pPr>
        <w:pStyle w:val="Heading1"/>
        <w:rPr>
          <w:lang w:val="lt-LT"/>
        </w:rPr>
      </w:pPr>
      <w:r w:rsidRPr="003D144D">
        <w:rPr>
          <w:lang w:val="lt-LT"/>
        </w:rPr>
        <w:t>3. Dalyviai</w:t>
      </w:r>
    </w:p>
    <w:p w:rsidRPr="003D144D" w:rsidR="00C91919" w:rsidP="2E143ADE" w:rsidRDefault="00187077" w14:paraId="054D5F5A" w14:textId="77777777">
      <w:pPr>
        <w:pStyle w:val="ListNumber"/>
        <w:rPr>
          <w:sz w:val="22"/>
          <w:szCs w:val="22"/>
          <w:lang w:val="lt-LT"/>
        </w:rPr>
      </w:pPr>
      <w:r w:rsidRPr="2E143ADE" w:rsidR="00187077">
        <w:rPr>
          <w:sz w:val="22"/>
          <w:szCs w:val="22"/>
          <w:lang w:val="lt-LT"/>
        </w:rPr>
        <w:t>Dalyvauja mokyklų 4–8 klasių mokinių komandos. Komandų skaičius neribojamas.</w:t>
      </w:r>
    </w:p>
    <w:p w:rsidRPr="003D144D" w:rsidR="00C91919" w:rsidP="2E143ADE" w:rsidRDefault="00187077" w14:paraId="044FB546" w14:textId="77777777">
      <w:pPr>
        <w:pStyle w:val="ListNumber"/>
        <w:rPr>
          <w:sz w:val="22"/>
          <w:szCs w:val="22"/>
          <w:lang w:val="lt-LT"/>
        </w:rPr>
      </w:pPr>
      <w:r w:rsidRPr="2E143ADE" w:rsidR="00187077">
        <w:rPr>
          <w:sz w:val="22"/>
          <w:szCs w:val="22"/>
          <w:lang w:val="lt-LT"/>
        </w:rPr>
        <w:t>Komandą sudaro 3–5 mokiniai. Komandai vadovauja mokytojas arba kitas mokyklos įgaliotas pilnametis asmuo, kuris į mokinių komandos narių skaičių neįskaičiuojamas. Vadovas padeda organizuoti išvykas, pateikti darbą ir gauti reikalingus sutikimus.</w:t>
      </w:r>
    </w:p>
    <w:p w:rsidRPr="003D144D" w:rsidR="00C91919" w:rsidP="2E143ADE" w:rsidRDefault="00187077" w14:paraId="00E9ED0A" w14:textId="77777777">
      <w:pPr>
        <w:pStyle w:val="ListNumber"/>
        <w:rPr>
          <w:sz w:val="22"/>
          <w:szCs w:val="22"/>
          <w:lang w:val="lt-LT"/>
        </w:rPr>
      </w:pPr>
      <w:r w:rsidRPr="2E143ADE" w:rsidR="00187077">
        <w:rPr>
          <w:sz w:val="22"/>
          <w:szCs w:val="22"/>
          <w:lang w:val="lt-LT"/>
        </w:rPr>
        <w:t>Dalyvavimas nemokamas. Mokykla ir vadovas užtikrina mokinių saugų dalyvavimą išvykose pagal mokyklos taikomą tvarką.</w:t>
      </w:r>
    </w:p>
    <w:p w:rsidRPr="003D144D" w:rsidR="00C91919" w:rsidRDefault="00187077" w14:paraId="29374B5C" w14:textId="77777777">
      <w:pPr>
        <w:pStyle w:val="Heading1"/>
        <w:rPr>
          <w:lang w:val="lt-LT"/>
        </w:rPr>
      </w:pPr>
      <w:r w:rsidRPr="003D144D">
        <w:rPr>
          <w:lang w:val="lt-LT"/>
        </w:rPr>
        <w:t>4. Darbo turinys ir forma</w:t>
      </w:r>
    </w:p>
    <w:p w:rsidRPr="003D144D" w:rsidR="00C91919" w:rsidP="2E143ADE" w:rsidRDefault="00187077" w14:paraId="4952E123" w14:textId="2CAFF0A9">
      <w:pPr>
        <w:pStyle w:val="ListNumber"/>
        <w:rPr>
          <w:sz w:val="22"/>
          <w:szCs w:val="22"/>
          <w:lang w:val="lt-LT"/>
        </w:rPr>
      </w:pPr>
      <w:r w:rsidRPr="213291C1" w:rsidR="228948B0">
        <w:rPr>
          <w:sz w:val="22"/>
          <w:szCs w:val="22"/>
          <w:lang w:val="lt-LT"/>
        </w:rPr>
        <w:t>A</w:t>
      </w:r>
      <w:r w:rsidRPr="213291C1" w:rsidR="5A1D6611">
        <w:rPr>
          <w:sz w:val="22"/>
          <w:szCs w:val="22"/>
          <w:lang w:val="lt-LT"/>
        </w:rPr>
        <w:t>tradim</w:t>
      </w:r>
      <w:r w:rsidRPr="213291C1" w:rsidR="42D5D07B">
        <w:rPr>
          <w:sz w:val="22"/>
          <w:szCs w:val="22"/>
          <w:lang w:val="lt-LT"/>
        </w:rPr>
        <w:t>ui</w:t>
      </w:r>
      <w:r w:rsidRPr="213291C1" w:rsidR="5A1D6611">
        <w:rPr>
          <w:sz w:val="22"/>
          <w:szCs w:val="22"/>
          <w:lang w:val="lt-LT"/>
        </w:rPr>
        <w:t xml:space="preserve"> pateikiama: (a) vietos ar atradimo pavadinimas; (b) vietovė ir GPS koordinatės; (c) iki </w:t>
      </w:r>
      <w:r w:rsidRPr="213291C1" w:rsidR="5A1D6611">
        <w:rPr>
          <w:sz w:val="22"/>
          <w:szCs w:val="22"/>
          <w:lang w:val="lt-LT"/>
        </w:rPr>
        <w:t>500 ženklų</w:t>
      </w:r>
      <w:r w:rsidRPr="213291C1" w:rsidR="5A1D6611">
        <w:rPr>
          <w:sz w:val="22"/>
          <w:szCs w:val="22"/>
          <w:lang w:val="lt-LT"/>
        </w:rPr>
        <w:t xml:space="preserve"> su tarpais aprašymas, kuriame paaiškinama, kas tai yra ir kuo svarbu; (d) tiksliai dvi pačios komandos padarytos vietos nuotraukos; (e) panaudotų informacijos šaltinių nuorodos arba bibliografiniai duomenys.</w:t>
      </w:r>
    </w:p>
    <w:p w:rsidRPr="003D144D" w:rsidR="00C91919" w:rsidP="2E143ADE" w:rsidRDefault="00187077" w14:paraId="0B93E375" w14:textId="7AB293D4">
      <w:pPr>
        <w:pStyle w:val="ListNumber"/>
        <w:rPr>
          <w:sz w:val="22"/>
          <w:szCs w:val="22"/>
          <w:lang w:val="lt-LT"/>
        </w:rPr>
      </w:pPr>
      <w:r w:rsidRPr="213291C1" w:rsidR="5A1D6611">
        <w:rPr>
          <w:sz w:val="22"/>
          <w:szCs w:val="22"/>
          <w:lang w:val="lt-LT"/>
        </w:rPr>
        <w:t>A</w:t>
      </w:r>
      <w:r w:rsidRPr="213291C1" w:rsidR="6D6E1CC0">
        <w:rPr>
          <w:sz w:val="22"/>
          <w:szCs w:val="22"/>
          <w:lang w:val="lt-LT"/>
        </w:rPr>
        <w:t>tradimo a</w:t>
      </w:r>
      <w:r w:rsidRPr="213291C1" w:rsidR="5A1D6611">
        <w:rPr>
          <w:sz w:val="22"/>
          <w:szCs w:val="22"/>
          <w:lang w:val="lt-LT"/>
        </w:rPr>
        <w:t>prašyma</w:t>
      </w:r>
      <w:r w:rsidRPr="213291C1" w:rsidR="133BECD6">
        <w:rPr>
          <w:sz w:val="22"/>
          <w:szCs w:val="22"/>
          <w:lang w:val="lt-LT"/>
        </w:rPr>
        <w:t>s</w:t>
      </w:r>
      <w:r w:rsidRPr="213291C1" w:rsidR="5A1D6611">
        <w:rPr>
          <w:sz w:val="22"/>
          <w:szCs w:val="22"/>
          <w:lang w:val="lt-LT"/>
        </w:rPr>
        <w:t xml:space="preserve"> turi būti savarankišk</w:t>
      </w:r>
      <w:r w:rsidRPr="213291C1" w:rsidR="008257C0">
        <w:rPr>
          <w:sz w:val="22"/>
          <w:szCs w:val="22"/>
          <w:lang w:val="lt-LT"/>
        </w:rPr>
        <w:t>as</w:t>
      </w:r>
      <w:r w:rsidRPr="213291C1" w:rsidR="5A1D6611">
        <w:rPr>
          <w:sz w:val="22"/>
          <w:szCs w:val="22"/>
          <w:lang w:val="lt-LT"/>
        </w:rPr>
        <w:t xml:space="preserve">, faktai – patikrinti. Jeigu pateikiamas pasakojimas ar legenda, ji aiškiai atskiriama nuo patvirtinto istorinio fakto. </w:t>
      </w:r>
      <w:r w:rsidRPr="213291C1" w:rsidR="5A1D6611">
        <w:rPr>
          <w:sz w:val="22"/>
          <w:szCs w:val="22"/>
          <w:lang w:val="lt-LT"/>
        </w:rPr>
        <w:t>Komanda nurodo, kuo grindžia teigiamą tarptautinį ryšį.</w:t>
      </w:r>
    </w:p>
    <w:p w:rsidRPr="003D144D" w:rsidR="00C91919" w:rsidP="2E143ADE" w:rsidRDefault="00187077" w14:paraId="4389B24E" w14:textId="0EB41201">
      <w:pPr>
        <w:pStyle w:val="ListNumber"/>
        <w:rPr>
          <w:sz w:val="22"/>
          <w:szCs w:val="22"/>
          <w:lang w:val="lt-LT"/>
        </w:rPr>
      </w:pPr>
      <w:r w:rsidRPr="7FF8CE7E" w:rsidR="5A1D6611">
        <w:rPr>
          <w:sz w:val="22"/>
          <w:szCs w:val="22"/>
          <w:lang w:val="lt-LT"/>
        </w:rPr>
        <w:t>Pateikiama užpildyta paraišk</w:t>
      </w:r>
      <w:r w:rsidRPr="7FF8CE7E" w:rsidR="5FD5FBE8">
        <w:rPr>
          <w:sz w:val="22"/>
          <w:szCs w:val="22"/>
          <w:lang w:val="lt-LT"/>
        </w:rPr>
        <w:t>a</w:t>
      </w:r>
      <w:r w:rsidRPr="7FF8CE7E" w:rsidR="5A1D6611">
        <w:rPr>
          <w:sz w:val="22"/>
          <w:szCs w:val="22"/>
          <w:lang w:val="lt-LT"/>
        </w:rPr>
        <w:t xml:space="preserve"> su </w:t>
      </w:r>
      <w:r w:rsidRPr="7FF8CE7E" w:rsidR="5A1D6611">
        <w:rPr>
          <w:sz w:val="22"/>
          <w:szCs w:val="22"/>
          <w:lang w:val="lt-LT"/>
        </w:rPr>
        <w:t>atradim</w:t>
      </w:r>
      <w:r w:rsidRPr="7FF8CE7E" w:rsidR="33158B32">
        <w:rPr>
          <w:sz w:val="22"/>
          <w:szCs w:val="22"/>
          <w:lang w:val="lt-LT"/>
        </w:rPr>
        <w:t>o</w:t>
      </w:r>
      <w:r w:rsidRPr="7FF8CE7E" w:rsidR="5A1D6611">
        <w:rPr>
          <w:sz w:val="22"/>
          <w:szCs w:val="22"/>
          <w:lang w:val="lt-LT"/>
        </w:rPr>
        <w:t xml:space="preserve"> aprašym</w:t>
      </w:r>
      <w:r w:rsidRPr="7FF8CE7E" w:rsidR="5CD2F2B8">
        <w:rPr>
          <w:sz w:val="22"/>
          <w:szCs w:val="22"/>
          <w:lang w:val="lt-LT"/>
        </w:rPr>
        <w:t>u</w:t>
      </w:r>
      <w:r w:rsidRPr="7FF8CE7E" w:rsidR="5A1D6611">
        <w:rPr>
          <w:sz w:val="22"/>
          <w:szCs w:val="22"/>
          <w:lang w:val="lt-LT"/>
        </w:rPr>
        <w:t xml:space="preserve"> ir GPS koordinatėmis bei tiksliai dvi pačios komandos padarytos nuotraukos </w:t>
      </w:r>
      <w:r w:rsidRPr="7FF8CE7E" w:rsidR="5A79E3BE">
        <w:rPr>
          <w:sz w:val="22"/>
          <w:szCs w:val="22"/>
          <w:lang w:val="lt-LT"/>
        </w:rPr>
        <w:t>iliustruojančios</w:t>
      </w:r>
      <w:r w:rsidRPr="7FF8CE7E" w:rsidR="5A1D6611">
        <w:rPr>
          <w:sz w:val="22"/>
          <w:szCs w:val="22"/>
          <w:lang w:val="lt-LT"/>
        </w:rPr>
        <w:t xml:space="preserve"> </w:t>
      </w:r>
      <w:r w:rsidRPr="7FF8CE7E" w:rsidR="5A1D6611">
        <w:rPr>
          <w:sz w:val="22"/>
          <w:szCs w:val="22"/>
          <w:lang w:val="lt-LT"/>
        </w:rPr>
        <w:t>atradim</w:t>
      </w:r>
      <w:r w:rsidRPr="7FF8CE7E" w:rsidR="12319195">
        <w:rPr>
          <w:sz w:val="22"/>
          <w:szCs w:val="22"/>
          <w:lang w:val="lt-LT"/>
        </w:rPr>
        <w:t>ą</w:t>
      </w:r>
      <w:r w:rsidRPr="7FF8CE7E" w:rsidR="5A1D6611">
        <w:rPr>
          <w:sz w:val="22"/>
          <w:szCs w:val="22"/>
          <w:lang w:val="lt-LT"/>
        </w:rPr>
        <w:t xml:space="preserve">. Paraiškoje nurodomas mokyklos pavadinimas, komandos pavadinimas, mokinių vardai ir pavardės, vadovo vardas, pavardė ir kontaktai, </w:t>
      </w:r>
      <w:r w:rsidRPr="7FF8CE7E" w:rsidR="5A1D6611">
        <w:rPr>
          <w:sz w:val="22"/>
          <w:szCs w:val="22"/>
          <w:lang w:val="lt-LT"/>
        </w:rPr>
        <w:t>atradim</w:t>
      </w:r>
      <w:r w:rsidRPr="7FF8CE7E" w:rsidR="6554A748">
        <w:rPr>
          <w:sz w:val="22"/>
          <w:szCs w:val="22"/>
          <w:lang w:val="lt-LT"/>
        </w:rPr>
        <w:t>o</w:t>
      </w:r>
      <w:r w:rsidRPr="7FF8CE7E" w:rsidR="5A1D6611">
        <w:rPr>
          <w:sz w:val="22"/>
          <w:szCs w:val="22"/>
          <w:lang w:val="lt-LT"/>
        </w:rPr>
        <w:t xml:space="preserve"> pavadinima</w:t>
      </w:r>
      <w:r w:rsidRPr="7FF8CE7E" w:rsidR="0B65013C">
        <w:rPr>
          <w:sz w:val="22"/>
          <w:szCs w:val="22"/>
          <w:lang w:val="lt-LT"/>
        </w:rPr>
        <w:t>s</w:t>
      </w:r>
      <w:r w:rsidRPr="7FF8CE7E" w:rsidR="5A1D6611">
        <w:rPr>
          <w:sz w:val="22"/>
          <w:szCs w:val="22"/>
          <w:lang w:val="lt-LT"/>
        </w:rPr>
        <w:t xml:space="preserve">, </w:t>
      </w:r>
      <w:r w:rsidRPr="7FF8CE7E" w:rsidR="1EA9A426">
        <w:rPr>
          <w:sz w:val="22"/>
          <w:szCs w:val="22"/>
          <w:lang w:val="lt-LT"/>
        </w:rPr>
        <w:t>atradim</w:t>
      </w:r>
      <w:r w:rsidRPr="7FF8CE7E" w:rsidR="1EA9A426">
        <w:rPr>
          <w:sz w:val="22"/>
          <w:szCs w:val="22"/>
          <w:lang w:val="lt-LT"/>
        </w:rPr>
        <w:t xml:space="preserve">o </w:t>
      </w:r>
      <w:r w:rsidRPr="7FF8CE7E" w:rsidR="5A1D6611">
        <w:rPr>
          <w:sz w:val="22"/>
          <w:szCs w:val="22"/>
          <w:lang w:val="lt-LT"/>
        </w:rPr>
        <w:t>aprašyma</w:t>
      </w:r>
      <w:r w:rsidRPr="7FF8CE7E" w:rsidR="3677B0AD">
        <w:rPr>
          <w:sz w:val="22"/>
          <w:szCs w:val="22"/>
          <w:lang w:val="lt-LT"/>
        </w:rPr>
        <w:t>s</w:t>
      </w:r>
      <w:r w:rsidRPr="7FF8CE7E" w:rsidR="5A1D6611">
        <w:rPr>
          <w:sz w:val="22"/>
          <w:szCs w:val="22"/>
          <w:lang w:val="lt-LT"/>
        </w:rPr>
        <w:t xml:space="preserve"> bei informacijos šaltiniai. Užpildyta paraiška pateikiama DOCX arba PDF formatu, nuotraukos – atskir</w:t>
      </w:r>
      <w:r w:rsidRPr="7FF8CE7E" w:rsidR="58DEA685">
        <w:rPr>
          <w:sz w:val="22"/>
          <w:szCs w:val="22"/>
          <w:lang w:val="lt-LT"/>
        </w:rPr>
        <w:t>omis</w:t>
      </w:r>
      <w:r w:rsidRPr="7FF8CE7E" w:rsidR="5A1D6611">
        <w:rPr>
          <w:sz w:val="22"/>
          <w:szCs w:val="22"/>
          <w:lang w:val="lt-LT"/>
        </w:rPr>
        <w:t xml:space="preserve"> JPG arba PNG</w:t>
      </w:r>
      <w:r w:rsidRPr="7FF8CE7E" w:rsidR="48DDD799">
        <w:rPr>
          <w:sz w:val="22"/>
          <w:szCs w:val="22"/>
          <w:lang w:val="lt-LT"/>
        </w:rPr>
        <w:t xml:space="preserve"> bylomis</w:t>
      </w:r>
      <w:r w:rsidRPr="7FF8CE7E" w:rsidR="5A1D6611">
        <w:rPr>
          <w:sz w:val="22"/>
          <w:szCs w:val="22"/>
          <w:lang w:val="lt-LT"/>
        </w:rPr>
        <w:t xml:space="preserve">. Kiekvienos nuotraukos </w:t>
      </w:r>
      <w:r w:rsidRPr="7FF8CE7E" w:rsidR="0979FC8A">
        <w:rPr>
          <w:sz w:val="22"/>
          <w:szCs w:val="22"/>
          <w:lang w:val="lt-LT"/>
        </w:rPr>
        <w:t xml:space="preserve">bylos </w:t>
      </w:r>
      <w:r w:rsidRPr="7FF8CE7E" w:rsidR="5A1D6611">
        <w:rPr>
          <w:sz w:val="22"/>
          <w:szCs w:val="22"/>
          <w:lang w:val="lt-LT"/>
        </w:rPr>
        <w:t>pavadinime aiškiai nurodomi mokyklos ir komandos pavadinimai</w:t>
      </w:r>
      <w:r w:rsidRPr="7FF8CE7E" w:rsidR="5A1D6611">
        <w:rPr>
          <w:sz w:val="22"/>
          <w:szCs w:val="22"/>
          <w:lang w:val="lt-LT"/>
        </w:rPr>
        <w:t xml:space="preserve">. Prie paraiškos privalomai </w:t>
      </w:r>
      <w:r w:rsidRPr="7FF8CE7E" w:rsidR="5A1D6611">
        <w:rPr>
          <w:sz w:val="22"/>
          <w:szCs w:val="22"/>
          <w:lang w:val="lt-LT"/>
        </w:rPr>
        <w:t>pridedama</w:t>
      </w:r>
      <w:r w:rsidRPr="7FF8CE7E" w:rsidR="3D41A726">
        <w:rPr>
          <w:sz w:val="22"/>
          <w:szCs w:val="22"/>
          <w:lang w:val="lt-LT"/>
        </w:rPr>
        <w:t>:</w:t>
      </w:r>
      <w:r w:rsidRPr="7FF8CE7E" w:rsidR="5A1D6611">
        <w:rPr>
          <w:sz w:val="22"/>
          <w:szCs w:val="22"/>
          <w:lang w:val="lt-LT"/>
        </w:rPr>
        <w:t xml:space="preserve"> po vieną pasirašytą tėvų ar kitų teisėtų atstovų </w:t>
      </w:r>
      <w:r w:rsidRPr="7FF8CE7E" w:rsidR="74FDD7A7">
        <w:rPr>
          <w:sz w:val="22"/>
          <w:szCs w:val="22"/>
          <w:lang w:val="lt-LT"/>
        </w:rPr>
        <w:t xml:space="preserve">sutikimą </w:t>
      </w:r>
      <w:r w:rsidRPr="7FF8CE7E" w:rsidR="5A1D6611">
        <w:rPr>
          <w:sz w:val="22"/>
          <w:szCs w:val="22"/>
          <w:lang w:val="lt-LT"/>
        </w:rPr>
        <w:t>kiekvienam komandos dalyviui, mokyklos patvirtinim</w:t>
      </w:r>
      <w:r w:rsidRPr="7FF8CE7E" w:rsidR="1C8338DF">
        <w:rPr>
          <w:sz w:val="22"/>
          <w:szCs w:val="22"/>
          <w:lang w:val="lt-LT"/>
        </w:rPr>
        <w:t>ą</w:t>
      </w:r>
      <w:r w:rsidRPr="7FF8CE7E" w:rsidR="5A1D6611">
        <w:rPr>
          <w:sz w:val="22"/>
          <w:szCs w:val="22"/>
          <w:lang w:val="lt-LT"/>
        </w:rPr>
        <w:t xml:space="preserve"> ir reikaling</w:t>
      </w:r>
      <w:r w:rsidRPr="7FF8CE7E" w:rsidR="1722C572">
        <w:rPr>
          <w:sz w:val="22"/>
          <w:szCs w:val="22"/>
          <w:lang w:val="lt-LT"/>
        </w:rPr>
        <w:t>us</w:t>
      </w:r>
      <w:r w:rsidRPr="7FF8CE7E" w:rsidR="5A1D6611">
        <w:rPr>
          <w:sz w:val="22"/>
          <w:szCs w:val="22"/>
          <w:lang w:val="lt-LT"/>
        </w:rPr>
        <w:t xml:space="preserve"> trečiųjų asmenų sutikim</w:t>
      </w:r>
      <w:r w:rsidRPr="7FF8CE7E" w:rsidR="2B252B0A">
        <w:rPr>
          <w:sz w:val="22"/>
          <w:szCs w:val="22"/>
          <w:lang w:val="lt-LT"/>
        </w:rPr>
        <w:t>us</w:t>
      </w:r>
      <w:r w:rsidRPr="7FF8CE7E" w:rsidR="5A1D6611">
        <w:rPr>
          <w:sz w:val="22"/>
          <w:szCs w:val="22"/>
          <w:lang w:val="lt-LT"/>
        </w:rPr>
        <w:t>.</w:t>
      </w:r>
      <w:r w:rsidRPr="7FF8CE7E" w:rsidR="74A7AA83">
        <w:rPr>
          <w:sz w:val="22"/>
          <w:szCs w:val="22"/>
          <w:lang w:val="lt-LT"/>
        </w:rPr>
        <w:t xml:space="preserve"> </w:t>
      </w:r>
      <w:r w:rsidRPr="7FF8CE7E" w:rsidR="455F2C8A">
        <w:rPr>
          <w:sz w:val="22"/>
          <w:szCs w:val="22"/>
          <w:lang w:val="lt-LT"/>
        </w:rPr>
        <w:t xml:space="preserve">Nuotraukų </w:t>
      </w:r>
      <w:r w:rsidRPr="7FF8CE7E" w:rsidR="74A7AA83">
        <w:rPr>
          <w:sz w:val="22"/>
          <w:szCs w:val="22"/>
          <w:lang w:val="lt-LT"/>
        </w:rPr>
        <w:t>pavadinimų pavyzd</w:t>
      </w:r>
      <w:r w:rsidRPr="7FF8CE7E" w:rsidR="74A7AA83">
        <w:rPr>
          <w:sz w:val="22"/>
          <w:szCs w:val="22"/>
          <w:lang w:val="lt-LT"/>
        </w:rPr>
        <w:t>ys</w:t>
      </w:r>
      <w:r w:rsidRPr="7FF8CE7E" w:rsidR="74A7AA83">
        <w:rPr>
          <w:sz w:val="22"/>
          <w:szCs w:val="22"/>
          <w:lang w:val="lt-LT"/>
        </w:rPr>
        <w:t xml:space="preserve">: </w:t>
      </w:r>
      <w:r w:rsidRPr="7FF8CE7E" w:rsidR="74A7AA83">
        <w:rPr>
          <w:i w:val="1"/>
          <w:iCs w:val="1"/>
          <w:sz w:val="22"/>
          <w:szCs w:val="22"/>
          <w:lang w:val="lt-LT"/>
        </w:rPr>
        <w:t>Mokykla_Komanda_</w:t>
      </w:r>
      <w:r w:rsidRPr="7FF8CE7E" w:rsidR="74A7AA83">
        <w:rPr>
          <w:i w:val="1"/>
          <w:iCs w:val="1"/>
          <w:sz w:val="22"/>
          <w:szCs w:val="22"/>
          <w:lang w:val="lt-LT"/>
        </w:rPr>
        <w:t>Atradim</w:t>
      </w:r>
      <w:r w:rsidRPr="7FF8CE7E" w:rsidR="74A7AA83">
        <w:rPr>
          <w:i w:val="1"/>
          <w:iCs w:val="1"/>
          <w:sz w:val="22"/>
          <w:szCs w:val="22"/>
          <w:lang w:val="lt-LT"/>
        </w:rPr>
        <w:t>as_Nuotrauka1</w:t>
      </w:r>
      <w:r w:rsidRPr="7FF8CE7E" w:rsidR="6BE4CF45">
        <w:rPr>
          <w:i w:val="1"/>
          <w:iCs w:val="1"/>
          <w:sz w:val="22"/>
          <w:szCs w:val="22"/>
          <w:lang w:val="lt-LT"/>
        </w:rPr>
        <w:t xml:space="preserve"> (2)</w:t>
      </w:r>
      <w:r w:rsidRPr="7FF8CE7E" w:rsidR="74A7AA83">
        <w:rPr>
          <w:i w:val="1"/>
          <w:iCs w:val="1"/>
          <w:sz w:val="22"/>
          <w:szCs w:val="22"/>
          <w:lang w:val="lt-LT"/>
        </w:rPr>
        <w:t>.jpg</w:t>
      </w:r>
      <w:r w:rsidRPr="7FF8CE7E" w:rsidR="59CCBBC0">
        <w:rPr>
          <w:sz w:val="22"/>
          <w:szCs w:val="22"/>
          <w:lang w:val="lt-LT"/>
        </w:rPr>
        <w:t>.</w:t>
      </w:r>
    </w:p>
    <w:p w:rsidRPr="003D144D" w:rsidR="00C91919" w:rsidP="2E143ADE" w:rsidRDefault="00187077" w14:paraId="148A3A06" w14:textId="094E036A">
      <w:pPr>
        <w:pStyle w:val="ListNumber"/>
        <w:rPr>
          <w:sz w:val="22"/>
          <w:szCs w:val="22"/>
          <w:lang w:val="lt-LT"/>
        </w:rPr>
      </w:pPr>
      <w:r w:rsidRPr="7FF8CE7E" w:rsidR="5A1D6611">
        <w:rPr>
          <w:sz w:val="22"/>
          <w:szCs w:val="22"/>
          <w:lang w:val="lt-LT"/>
        </w:rPr>
        <w:t>Trumpas iki 60 sekundžių filmukas apie vieną atradimą yra tik papildomas, neprivalomas priedas. Jo nepateikimas balų nemažina; vertinama įrašo istorija, o ne filmavimo technika. Filmuko</w:t>
      </w:r>
      <w:r w:rsidRPr="7FF8CE7E" w:rsidR="66E66BE6">
        <w:rPr>
          <w:sz w:val="22"/>
          <w:szCs w:val="22"/>
          <w:lang w:val="lt-LT"/>
        </w:rPr>
        <w:t xml:space="preserve"> bylos</w:t>
      </w:r>
      <w:r w:rsidRPr="7FF8CE7E" w:rsidR="5A1D6611">
        <w:rPr>
          <w:sz w:val="22"/>
          <w:szCs w:val="22"/>
          <w:lang w:val="lt-LT"/>
        </w:rPr>
        <w:t xml:space="preserve"> pavadinime aiškiai nurodomi mokyklos ir komandos pavadinimai bei atradim</w:t>
      </w:r>
      <w:r w:rsidRPr="7FF8CE7E" w:rsidR="2CD9F3FA">
        <w:rPr>
          <w:sz w:val="22"/>
          <w:szCs w:val="22"/>
          <w:lang w:val="lt-LT"/>
        </w:rPr>
        <w:t>a</w:t>
      </w:r>
      <w:r w:rsidRPr="7FF8CE7E" w:rsidR="5A1D6611">
        <w:rPr>
          <w:sz w:val="22"/>
          <w:szCs w:val="22"/>
          <w:lang w:val="lt-LT"/>
        </w:rPr>
        <w:t>s. F</w:t>
      </w:r>
      <w:r w:rsidRPr="7FF8CE7E" w:rsidR="0B41FD0C">
        <w:rPr>
          <w:sz w:val="22"/>
          <w:szCs w:val="22"/>
          <w:lang w:val="lt-LT"/>
        </w:rPr>
        <w:t xml:space="preserve">ilmuko </w:t>
      </w:r>
      <w:r w:rsidRPr="7FF8CE7E" w:rsidR="5A1D6611">
        <w:rPr>
          <w:sz w:val="22"/>
          <w:szCs w:val="22"/>
          <w:lang w:val="lt-LT"/>
        </w:rPr>
        <w:t>pavadinimų pavyzd</w:t>
      </w:r>
      <w:r w:rsidRPr="7FF8CE7E" w:rsidR="59CCBBC0">
        <w:rPr>
          <w:sz w:val="22"/>
          <w:szCs w:val="22"/>
          <w:lang w:val="lt-LT"/>
        </w:rPr>
        <w:t>ys</w:t>
      </w:r>
      <w:r w:rsidRPr="7FF8CE7E" w:rsidR="5A1D6611">
        <w:rPr>
          <w:sz w:val="22"/>
          <w:szCs w:val="22"/>
          <w:lang w:val="lt-LT"/>
        </w:rPr>
        <w:t xml:space="preserve">: </w:t>
      </w:r>
      <w:r w:rsidRPr="7FF8CE7E" w:rsidR="5A1D6611">
        <w:rPr>
          <w:i w:val="1"/>
          <w:iCs w:val="1"/>
          <w:sz w:val="22"/>
          <w:szCs w:val="22"/>
          <w:lang w:val="lt-LT"/>
        </w:rPr>
        <w:t>Mokykla_Komanda_Atradimas_Filmukas.mp4</w:t>
      </w:r>
      <w:r w:rsidRPr="7FF8CE7E" w:rsidR="59CCBBC0">
        <w:rPr>
          <w:sz w:val="22"/>
          <w:szCs w:val="22"/>
          <w:lang w:val="lt-LT"/>
        </w:rPr>
        <w:t>.</w:t>
      </w:r>
    </w:p>
    <w:p w:rsidRPr="003D144D" w:rsidR="00C91919" w:rsidRDefault="00187077" w14:paraId="15E0A9EF" w14:textId="77777777">
      <w:pPr>
        <w:pStyle w:val="Heading1"/>
        <w:rPr>
          <w:lang w:val="lt-LT"/>
        </w:rPr>
      </w:pPr>
      <w:r w:rsidRPr="003D144D">
        <w:rPr>
          <w:lang w:val="lt-LT"/>
        </w:rPr>
        <w:t>5. Eiga ir terminai</w:t>
      </w:r>
    </w:p>
    <w:p w:rsidRPr="00D50404" w:rsidR="00C91919" w:rsidP="2E143ADE" w:rsidRDefault="00187077" w14:paraId="66E400AD" w14:textId="46FB5A47">
      <w:pPr>
        <w:pStyle w:val="ListNumber"/>
        <w:rPr>
          <w:sz w:val="22"/>
          <w:szCs w:val="22"/>
          <w:lang w:val="lt-LT"/>
        </w:rPr>
      </w:pPr>
      <w:r w:rsidRPr="7FF8CE7E" w:rsidR="5A1D6611">
        <w:rPr>
          <w:sz w:val="22"/>
          <w:szCs w:val="22"/>
          <w:lang w:val="lt-LT"/>
        </w:rPr>
        <w:t xml:space="preserve">Organizatorius paskelbia darbų pateikimo ir rezultatų paskelbimo datas konkurso kvietime. </w:t>
      </w:r>
      <w:r w:rsidRPr="7FF8CE7E" w:rsidR="59CCBBC0">
        <w:rPr>
          <w:sz w:val="22"/>
          <w:szCs w:val="22"/>
          <w:lang w:val="lt-LT"/>
        </w:rPr>
        <w:t>D</w:t>
      </w:r>
      <w:r w:rsidRPr="7FF8CE7E" w:rsidR="5A1D6611">
        <w:rPr>
          <w:sz w:val="22"/>
          <w:szCs w:val="22"/>
          <w:lang w:val="lt-LT"/>
        </w:rPr>
        <w:t xml:space="preserve">arbų pateikimo terminas: </w:t>
      </w:r>
      <w:r w:rsidRPr="7FF8CE7E" w:rsidR="59CCBBC0">
        <w:rPr>
          <w:sz w:val="22"/>
          <w:szCs w:val="22"/>
          <w:lang w:val="lt-LT"/>
        </w:rPr>
        <w:t>2026-1</w:t>
      </w:r>
      <w:r w:rsidRPr="7FF8CE7E" w:rsidR="49FD3DD2">
        <w:rPr>
          <w:sz w:val="22"/>
          <w:szCs w:val="22"/>
          <w:lang w:val="lt-LT"/>
        </w:rPr>
        <w:t>1-15</w:t>
      </w:r>
      <w:r w:rsidRPr="7FF8CE7E" w:rsidR="49FD3DD2">
        <w:rPr>
          <w:sz w:val="22"/>
          <w:szCs w:val="22"/>
          <w:lang w:val="lt-LT"/>
        </w:rPr>
        <w:t>, o</w:t>
      </w:r>
      <w:r w:rsidRPr="7FF8CE7E" w:rsidR="5A1D6611">
        <w:rPr>
          <w:sz w:val="22"/>
          <w:szCs w:val="22"/>
          <w:lang w:val="lt-LT"/>
        </w:rPr>
        <w:t xml:space="preserve"> rezultatų paskelbimo data:</w:t>
      </w:r>
      <w:r w:rsidRPr="7FF8CE7E" w:rsidR="69366DF6">
        <w:rPr>
          <w:sz w:val="22"/>
          <w:szCs w:val="22"/>
          <w:lang w:val="lt-LT"/>
        </w:rPr>
        <w:t xml:space="preserve"> </w:t>
      </w:r>
      <w:r w:rsidRPr="7FF8CE7E" w:rsidR="49FD3DD2">
        <w:rPr>
          <w:sz w:val="22"/>
          <w:szCs w:val="22"/>
          <w:lang w:val="lt-LT"/>
        </w:rPr>
        <w:t>2026-12-01</w:t>
      </w:r>
      <w:r w:rsidRPr="7FF8CE7E" w:rsidR="5A1D6611">
        <w:rPr>
          <w:sz w:val="22"/>
          <w:szCs w:val="22"/>
          <w:lang w:val="lt-LT"/>
        </w:rPr>
        <w:t>. Jeigu datos keičiamos, apie tai vienodai pranešama visoms užsiregistravusioms mokykloms.</w:t>
      </w:r>
    </w:p>
    <w:p w:rsidRPr="00E75A24" w:rsidR="00C91919" w:rsidP="2E143ADE" w:rsidRDefault="00187077" w14:paraId="5948A137" w14:textId="531A3220">
      <w:pPr>
        <w:pStyle w:val="ListNumber"/>
        <w:rPr>
          <w:sz w:val="22"/>
          <w:szCs w:val="22"/>
          <w:lang w:val="lt-LT"/>
        </w:rPr>
      </w:pPr>
      <w:r w:rsidRPr="213291C1" w:rsidR="5A1D6611">
        <w:rPr>
          <w:sz w:val="22"/>
          <w:szCs w:val="22"/>
          <w:lang w:val="lt-LT"/>
        </w:rPr>
        <w:t xml:space="preserve">Iki </w:t>
      </w:r>
      <w:r w:rsidRPr="213291C1" w:rsidR="69366DF6">
        <w:rPr>
          <w:sz w:val="22"/>
          <w:szCs w:val="22"/>
          <w:lang w:val="lt-LT"/>
        </w:rPr>
        <w:t xml:space="preserve">darbų pateikimo termino pabaigos </w:t>
      </w:r>
      <w:r w:rsidRPr="213291C1" w:rsidR="5A1D6611">
        <w:rPr>
          <w:sz w:val="22"/>
          <w:szCs w:val="22"/>
          <w:lang w:val="lt-LT"/>
        </w:rPr>
        <w:t xml:space="preserve">vadovas elektroniniu paštu </w:t>
      </w:r>
      <w:hyperlink r:id="Rf0a3e7f88dc8491a">
        <w:r w:rsidRPr="213291C1" w:rsidR="35BCC323">
          <w:rPr>
            <w:rStyle w:val="Hyperlink"/>
            <w:sz w:val="22"/>
            <w:szCs w:val="22"/>
            <w:lang w:val="lt-LT"/>
          </w:rPr>
          <w:t>info@RietavoTVIC.lt</w:t>
        </w:r>
      </w:hyperlink>
      <w:r w:rsidRPr="213291C1" w:rsidR="35BCC323">
        <w:rPr>
          <w:sz w:val="22"/>
          <w:szCs w:val="22"/>
          <w:lang w:val="lt-LT"/>
        </w:rPr>
        <w:t xml:space="preserve"> </w:t>
      </w:r>
      <w:r w:rsidRPr="213291C1" w:rsidR="5A1D6611">
        <w:rPr>
          <w:sz w:val="22"/>
          <w:szCs w:val="22"/>
          <w:lang w:val="lt-LT"/>
        </w:rPr>
        <w:t xml:space="preserve">atsiunčia paraiškos formą, kurioje užpildyti mokyklos ir komandos duomenys, vadovo kontaktai bei pažymėtas patvirtinimas, kad mokykla įgaliojo jį vadovauti komandai. </w:t>
      </w:r>
      <w:r w:rsidRPr="213291C1" w:rsidR="5C50DDB4">
        <w:rPr>
          <w:sz w:val="22"/>
          <w:szCs w:val="22"/>
          <w:lang w:val="lt-LT"/>
        </w:rPr>
        <w:t>Taip pat pridedama</w:t>
      </w:r>
      <w:r w:rsidRPr="213291C1" w:rsidR="5A1D6611">
        <w:rPr>
          <w:sz w:val="22"/>
          <w:szCs w:val="22"/>
          <w:lang w:val="lt-LT"/>
        </w:rPr>
        <w:t xml:space="preserve"> užpildyta paraišk</w:t>
      </w:r>
      <w:r w:rsidRPr="213291C1" w:rsidR="58EB02F7">
        <w:rPr>
          <w:sz w:val="22"/>
          <w:szCs w:val="22"/>
          <w:lang w:val="lt-LT"/>
        </w:rPr>
        <w:t>a</w:t>
      </w:r>
      <w:r w:rsidRPr="213291C1" w:rsidR="5A1D6611">
        <w:rPr>
          <w:sz w:val="22"/>
          <w:szCs w:val="22"/>
          <w:lang w:val="lt-LT"/>
        </w:rPr>
        <w:t xml:space="preserve"> ir nuotraukos, o pasirinktinai – papildomas filmukas. Pridedama po vieną pasirašytą tėvų ar kitų teisėtų atstovų </w:t>
      </w:r>
      <w:r w:rsidRPr="213291C1" w:rsidR="6B99E733">
        <w:rPr>
          <w:sz w:val="22"/>
          <w:szCs w:val="22"/>
          <w:lang w:val="lt-LT"/>
        </w:rPr>
        <w:t xml:space="preserve">sutikimą </w:t>
      </w:r>
      <w:r w:rsidRPr="213291C1" w:rsidR="5A1D6611">
        <w:rPr>
          <w:sz w:val="22"/>
          <w:szCs w:val="22"/>
          <w:lang w:val="lt-LT"/>
        </w:rPr>
        <w:t>kiekvienam komandos dalyviui ir kiti 25 punkte nurodyti pasirašyti dokumentai, o paraiškoje pažymimas patvirtinimas, kad pateikti tekstai, nuotraukos ir</w:t>
      </w:r>
      <w:r w:rsidRPr="213291C1" w:rsidR="26FC8778">
        <w:rPr>
          <w:sz w:val="22"/>
          <w:szCs w:val="22"/>
          <w:lang w:val="lt-LT"/>
        </w:rPr>
        <w:t xml:space="preserve"> kiti reikalingi dokumentai</w:t>
      </w:r>
      <w:r w:rsidRPr="213291C1" w:rsidR="5A1D6611">
        <w:rPr>
          <w:sz w:val="22"/>
          <w:szCs w:val="22"/>
          <w:lang w:val="lt-LT"/>
        </w:rPr>
        <w:t>. Laiško temoje nurodoma „</w:t>
      </w:r>
      <w:r w:rsidRPr="213291C1" w:rsidR="5A1D6611">
        <w:rPr>
          <w:i w:val="1"/>
          <w:iCs w:val="1"/>
          <w:sz w:val="22"/>
          <w:szCs w:val="22"/>
          <w:lang w:val="lt-LT"/>
        </w:rPr>
        <w:t>Konkursui Istorijos detektyvai – mokyklos pavadinimas – komandos pavadinimas</w:t>
      </w:r>
      <w:r w:rsidRPr="213291C1" w:rsidR="5A1D6611">
        <w:rPr>
          <w:sz w:val="22"/>
          <w:szCs w:val="22"/>
          <w:lang w:val="lt-LT"/>
        </w:rPr>
        <w:t>“.</w:t>
      </w:r>
    </w:p>
    <w:p w:rsidRPr="00D50404" w:rsidR="00C91919" w:rsidP="2E143ADE" w:rsidRDefault="00187077" w14:paraId="525DB15E" w14:textId="10D60F65">
      <w:pPr>
        <w:pStyle w:val="ListNumber"/>
        <w:rPr>
          <w:sz w:val="22"/>
          <w:szCs w:val="22"/>
          <w:lang w:val="lt-LT"/>
        </w:rPr>
      </w:pPr>
      <w:r w:rsidRPr="7FF8CE7E" w:rsidR="00187077">
        <w:rPr>
          <w:sz w:val="22"/>
          <w:szCs w:val="22"/>
          <w:lang w:val="lt-LT"/>
        </w:rPr>
        <w:t xml:space="preserve">Organizatorius patvirtina gavimą elektroniniu laišku. Darbą ir jo priedus galima siųsti </w:t>
      </w:r>
      <w:r w:rsidRPr="7FF8CE7E" w:rsidR="001840FD">
        <w:rPr>
          <w:sz w:val="22"/>
          <w:szCs w:val="22"/>
          <w:lang w:val="lt-LT"/>
        </w:rPr>
        <w:t>vienu ar daugiau</w:t>
      </w:r>
      <w:r w:rsidRPr="7FF8CE7E" w:rsidR="00187077">
        <w:rPr>
          <w:sz w:val="22"/>
          <w:szCs w:val="22"/>
          <w:lang w:val="lt-LT"/>
        </w:rPr>
        <w:t xml:space="preserve"> atskirais laiškais. </w:t>
      </w:r>
      <w:r w:rsidRPr="7FF8CE7E" w:rsidR="00646BD4">
        <w:rPr>
          <w:sz w:val="22"/>
          <w:szCs w:val="22"/>
          <w:lang w:val="lt-LT"/>
        </w:rPr>
        <w:t>Visų</w:t>
      </w:r>
      <w:r w:rsidRPr="7FF8CE7E" w:rsidR="00187077">
        <w:rPr>
          <w:sz w:val="22"/>
          <w:szCs w:val="22"/>
          <w:lang w:val="lt-LT"/>
        </w:rPr>
        <w:t xml:space="preserve"> laiškų temose turi būti aiškiai nurodyta, kad laiškas skirtas konkursui „Istorijos detektyvai“, taip pat mokyklos ir komandos pavadinimai bei siuntos dalis „</w:t>
      </w:r>
      <w:r w:rsidRPr="7FF8CE7E" w:rsidR="00187077">
        <w:rPr>
          <w:i w:val="1"/>
          <w:iCs w:val="1"/>
          <w:sz w:val="22"/>
          <w:szCs w:val="22"/>
          <w:lang w:val="lt-LT"/>
        </w:rPr>
        <w:t>1 iš 2</w:t>
      </w:r>
      <w:r w:rsidRPr="7FF8CE7E" w:rsidR="00187077">
        <w:rPr>
          <w:sz w:val="22"/>
          <w:szCs w:val="22"/>
          <w:lang w:val="lt-LT"/>
        </w:rPr>
        <w:t>“ arba „</w:t>
      </w:r>
      <w:r w:rsidRPr="7FF8CE7E" w:rsidR="00187077">
        <w:rPr>
          <w:i w:val="1"/>
          <w:iCs w:val="1"/>
          <w:sz w:val="22"/>
          <w:szCs w:val="22"/>
          <w:lang w:val="lt-LT"/>
        </w:rPr>
        <w:t>2 iš 2</w:t>
      </w:r>
      <w:r w:rsidRPr="7FF8CE7E" w:rsidR="00187077">
        <w:rPr>
          <w:sz w:val="22"/>
          <w:szCs w:val="22"/>
          <w:lang w:val="lt-LT"/>
        </w:rPr>
        <w:t>“</w:t>
      </w:r>
      <w:r w:rsidRPr="7FF8CE7E" w:rsidR="00646BD4">
        <w:rPr>
          <w:sz w:val="22"/>
          <w:szCs w:val="22"/>
          <w:lang w:val="lt-LT"/>
        </w:rPr>
        <w:t xml:space="preserve"> ir t.t.</w:t>
      </w:r>
      <w:r w:rsidRPr="7FF8CE7E" w:rsidR="00187077">
        <w:rPr>
          <w:sz w:val="22"/>
          <w:szCs w:val="22"/>
          <w:lang w:val="lt-LT"/>
        </w:rPr>
        <w:t xml:space="preserve"> Laiško tekste nurodoma, kuri</w:t>
      </w:r>
      <w:r w:rsidRPr="7FF8CE7E" w:rsidR="61406823">
        <w:rPr>
          <w:sz w:val="22"/>
          <w:szCs w:val="22"/>
          <w:lang w:val="lt-LT"/>
        </w:rPr>
        <w:t>os bylos</w:t>
      </w:r>
      <w:r w:rsidRPr="7FF8CE7E" w:rsidR="00187077">
        <w:rPr>
          <w:sz w:val="22"/>
          <w:szCs w:val="22"/>
          <w:lang w:val="lt-LT"/>
        </w:rPr>
        <w:t xml:space="preserve"> siunčiam</w:t>
      </w:r>
      <w:r w:rsidRPr="7FF8CE7E" w:rsidR="7BEA2867">
        <w:rPr>
          <w:sz w:val="22"/>
          <w:szCs w:val="22"/>
          <w:lang w:val="lt-LT"/>
        </w:rPr>
        <w:t>os</w:t>
      </w:r>
      <w:r w:rsidRPr="7FF8CE7E" w:rsidR="00187077">
        <w:rPr>
          <w:sz w:val="22"/>
          <w:szCs w:val="22"/>
          <w:lang w:val="lt-LT"/>
        </w:rPr>
        <w:t xml:space="preserve"> ir</w:t>
      </w:r>
      <w:r w:rsidRPr="7FF8CE7E" w:rsidR="3DA96047">
        <w:rPr>
          <w:sz w:val="22"/>
          <w:szCs w:val="22"/>
          <w:lang w:val="lt-LT"/>
        </w:rPr>
        <w:t>,</w:t>
      </w:r>
      <w:r w:rsidRPr="7FF8CE7E" w:rsidR="00187077">
        <w:rPr>
          <w:sz w:val="22"/>
          <w:szCs w:val="22"/>
          <w:lang w:val="lt-LT"/>
        </w:rPr>
        <w:t xml:space="preserve"> kad likusi dalis pateikiama kitu laišku.</w:t>
      </w:r>
    </w:p>
    <w:p w:rsidRPr="003D144D" w:rsidR="00C91919" w:rsidRDefault="00187077" w14:paraId="6F6A3CAF" w14:textId="77777777">
      <w:pPr>
        <w:pStyle w:val="Heading1"/>
        <w:rPr>
          <w:lang w:val="lt-LT"/>
        </w:rPr>
      </w:pPr>
      <w:r w:rsidRPr="003D144D">
        <w:rPr>
          <w:lang w:val="lt-LT"/>
        </w:rPr>
        <w:t>6. Vertinimas</w:t>
      </w:r>
    </w:p>
    <w:p w:rsidRPr="00646BD4" w:rsidR="00C91919" w:rsidRDefault="00187077" w14:paraId="59A70819" w14:textId="77777777">
      <w:pPr>
        <w:rPr>
          <w:sz w:val="22"/>
          <w:lang w:val="lt-LT"/>
        </w:rPr>
      </w:pPr>
      <w:r w:rsidRPr="00646BD4">
        <w:rPr>
          <w:sz w:val="22"/>
          <w:lang w:val="lt-LT"/>
        </w:rPr>
        <w:t>Organizatoriaus sudaryta vertinimo komisija vertina reikalavimus atitinkančius darbus pagal šiuos kriterijus. Maksimalus įvertinimas – 10 balų.</w:t>
      </w:r>
    </w:p>
    <w:tbl>
      <w:tblPr>
        <w:tblStyle w:val="LightShading-Accent1"/>
        <w:tblW w:w="0" w:type="auto"/>
        <w:jc w:val="center"/>
        <w:tblLook w:val="04A0" w:firstRow="1" w:lastRow="0" w:firstColumn="1" w:lastColumn="0" w:noHBand="0" w:noVBand="1"/>
      </w:tblPr>
      <w:tblGrid>
        <w:gridCol w:w="4873"/>
        <w:gridCol w:w="4873"/>
      </w:tblGrid>
      <w:tr w:rsidRPr="00646BD4" w:rsidR="00C91919" w:rsidTr="7FF8CE7E" w14:paraId="6CC35AB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3" w:type="dxa"/>
            <w:tcMar/>
          </w:tcPr>
          <w:p w:rsidRPr="00646BD4" w:rsidR="00C91919" w:rsidRDefault="00187077" w14:paraId="77EE911A" w14:textId="77777777">
            <w:pPr>
              <w:rPr>
                <w:b w:val="0"/>
                <w:bCs w:val="0"/>
                <w:sz w:val="22"/>
                <w:lang w:val="lt-LT"/>
              </w:rPr>
            </w:pPr>
            <w:r w:rsidRPr="00646BD4">
              <w:rPr>
                <w:b w:val="0"/>
                <w:bCs w:val="0"/>
                <w:sz w:val="22"/>
                <w:lang w:val="lt-LT"/>
              </w:rPr>
              <w:t>Kriterijus</w:t>
            </w:r>
          </w:p>
        </w:tc>
        <w:tc>
          <w:tcPr>
            <w:cnfStyle w:val="000000000000" w:firstRow="0" w:lastRow="0" w:firstColumn="0" w:lastColumn="0" w:oddVBand="0" w:evenVBand="0" w:oddHBand="0" w:evenHBand="0" w:firstRowFirstColumn="0" w:firstRowLastColumn="0" w:lastRowFirstColumn="0" w:lastRowLastColumn="0"/>
            <w:tcW w:w="4873" w:type="dxa"/>
            <w:tcMar/>
          </w:tcPr>
          <w:p w:rsidRPr="00646BD4" w:rsidR="00C91919" w:rsidRDefault="00187077" w14:paraId="1641937A" w14:textId="77777777">
            <w:pPr>
              <w:cnfStyle w:val="100000000000" w:firstRow="1" w:lastRow="0" w:firstColumn="0" w:lastColumn="0" w:oddVBand="0" w:evenVBand="0" w:oddHBand="0" w:evenHBand="0" w:firstRowFirstColumn="0" w:firstRowLastColumn="0" w:lastRowFirstColumn="0" w:lastRowLastColumn="0"/>
              <w:rPr>
                <w:b w:val="0"/>
                <w:bCs w:val="0"/>
                <w:sz w:val="22"/>
                <w:lang w:val="lt-LT"/>
              </w:rPr>
            </w:pPr>
            <w:r w:rsidRPr="00646BD4">
              <w:rPr>
                <w:b w:val="0"/>
                <w:bCs w:val="0"/>
                <w:sz w:val="22"/>
                <w:lang w:val="lt-LT"/>
              </w:rPr>
              <w:t>Balai</w:t>
            </w:r>
          </w:p>
        </w:tc>
      </w:tr>
      <w:tr w:rsidR="213291C1" w:rsidTr="7FF8CE7E" w14:paraId="3AA3280C">
        <w:trPr>
          <w:cnfStyle w:val="000000100000" w:firstRow="0" w:lastRow="0" w:firstColumn="0" w:lastColumn="0" w:oddVBand="0" w:evenVBand="0" w:oddHBand="1" w:evenHBand="0" w:firstRowFirstColumn="0" w:firstRowLastColumn="0" w:lastRowFirstColumn="0" w:lastRowLastColumn="0"/>
          <w:jc w:val="center"/>
          <w:trHeight w:val="300"/>
        </w:trPr>
        <w:tc>
          <w:tcPr>
            <w:cnfStyle w:val="001000000000" w:firstRow="0" w:lastRow="0" w:firstColumn="1" w:lastColumn="0" w:oddVBand="0" w:evenVBand="0" w:oddHBand="0" w:evenHBand="0" w:firstRowFirstColumn="0" w:firstRowLastColumn="0" w:lastRowFirstColumn="0" w:lastRowLastColumn="0"/>
            <w:tcW w:w="4873" w:type="dxa"/>
            <w:tcMar/>
          </w:tcPr>
          <w:p w:rsidR="213291C1" w:rsidP="213291C1" w:rsidRDefault="213291C1" w14:paraId="09D7DC91">
            <w:pPr>
              <w:rPr>
                <w:b w:val="0"/>
                <w:bCs w:val="0"/>
                <w:sz w:val="22"/>
                <w:szCs w:val="22"/>
                <w:lang w:val="lt-LT"/>
              </w:rPr>
            </w:pPr>
            <w:r w:rsidRPr="213291C1" w:rsidR="213291C1">
              <w:rPr>
                <w:b w:val="0"/>
                <w:bCs w:val="0"/>
                <w:sz w:val="22"/>
                <w:szCs w:val="22"/>
                <w:lang w:val="lt-LT"/>
              </w:rPr>
              <w:t xml:space="preserve">Aiškus, įtraukiantis ir savarankiškas </w:t>
            </w:r>
            <w:r w:rsidRPr="213291C1" w:rsidR="213291C1">
              <w:rPr>
                <w:b w:val="0"/>
                <w:bCs w:val="0"/>
                <w:sz w:val="22"/>
                <w:szCs w:val="22"/>
                <w:lang w:val="lt-LT"/>
              </w:rPr>
              <w:t>pasakojimas</w:t>
            </w:r>
          </w:p>
        </w:tc>
        <w:tc>
          <w:tcPr>
            <w:cnfStyle w:val="000000000000" w:firstRow="0" w:lastRow="0" w:firstColumn="0" w:lastColumn="0" w:oddVBand="0" w:evenVBand="0" w:oddHBand="0" w:evenHBand="0" w:firstRowFirstColumn="0" w:firstRowLastColumn="0" w:lastRowFirstColumn="0" w:lastRowLastColumn="0"/>
            <w:tcW w:w="4873" w:type="dxa"/>
            <w:tcMar/>
          </w:tcPr>
          <w:p w:rsidR="213291C1" w:rsidRDefault="213291C1" w14:paraId="6A01E241" w14:textId="07FA86D2">
            <w:r w:rsidRPr="213291C1" w:rsidR="213291C1">
              <w:rPr>
                <w:sz w:val="22"/>
                <w:szCs w:val="22"/>
                <w:lang w:val="lt-LT"/>
              </w:rPr>
              <w:t>3</w:t>
            </w:r>
          </w:p>
        </w:tc>
      </w:tr>
      <w:tr w:rsidRPr="00646BD4" w:rsidR="00C91919" w:rsidTr="7FF8CE7E" w14:paraId="0FAA0C3A" w14:textId="77777777">
        <w:trPr/>
        <w:tc>
          <w:tcPr>
            <w:cnfStyle w:val="001000000000" w:firstRow="0" w:lastRow="0" w:firstColumn="1" w:lastColumn="0" w:oddVBand="0" w:evenVBand="0" w:oddHBand="0" w:evenHBand="0" w:firstRowFirstColumn="0" w:firstRowLastColumn="0" w:lastRowFirstColumn="0" w:lastRowLastColumn="0"/>
            <w:tcW w:w="4873" w:type="dxa"/>
            <w:tcMar/>
          </w:tcPr>
          <w:p w:rsidRPr="00646BD4" w:rsidR="00C91919" w:rsidP="7FF8CE7E" w:rsidRDefault="00187077" w14:paraId="78CA032C" w14:textId="20863F5B">
            <w:pPr>
              <w:rPr>
                <w:b w:val="0"/>
                <w:bCs w:val="0"/>
                <w:sz w:val="22"/>
                <w:szCs w:val="22"/>
                <w:lang w:val="lt-LT"/>
              </w:rPr>
            </w:pPr>
            <w:r w:rsidRPr="7FF8CE7E" w:rsidR="00187077">
              <w:rPr>
                <w:b w:val="0"/>
                <w:bCs w:val="0"/>
                <w:sz w:val="22"/>
                <w:szCs w:val="22"/>
                <w:lang w:val="lt-LT"/>
              </w:rPr>
              <w:t>Atradim</w:t>
            </w:r>
            <w:r w:rsidRPr="7FF8CE7E" w:rsidR="00187077">
              <w:rPr>
                <w:b w:val="0"/>
                <w:bCs w:val="0"/>
                <w:sz w:val="22"/>
                <w:szCs w:val="22"/>
                <w:lang w:val="lt-LT"/>
              </w:rPr>
              <w:t>o vertė ir ryšys su vietos istorija</w:t>
            </w:r>
          </w:p>
        </w:tc>
        <w:tc>
          <w:tcPr>
            <w:cnfStyle w:val="000000000000" w:firstRow="0" w:lastRow="0" w:firstColumn="0" w:lastColumn="0" w:oddVBand="0" w:evenVBand="0" w:oddHBand="0" w:evenHBand="0" w:firstRowFirstColumn="0" w:firstRowLastColumn="0" w:lastRowFirstColumn="0" w:lastRowLastColumn="0"/>
            <w:tcW w:w="4873" w:type="dxa"/>
            <w:tcMar/>
          </w:tcPr>
          <w:p w:rsidRPr="00646BD4" w:rsidR="00C91919" w:rsidRDefault="00187077" w14:paraId="78E8A25F" w14:textId="77777777">
            <w:pPr>
              <w:cnfStyle w:val="000000000000" w:firstRow="0" w:lastRow="0" w:firstColumn="0" w:lastColumn="0" w:oddVBand="0" w:evenVBand="0" w:oddHBand="0" w:evenHBand="0" w:firstRowFirstColumn="0" w:firstRowLastColumn="0" w:lastRowFirstColumn="0" w:lastRowLastColumn="0"/>
              <w:rPr>
                <w:sz w:val="22"/>
                <w:lang w:val="lt-LT"/>
              </w:rPr>
            </w:pPr>
            <w:r w:rsidRPr="00646BD4">
              <w:rPr>
                <w:sz w:val="22"/>
                <w:lang w:val="lt-LT"/>
              </w:rPr>
              <w:t>2</w:t>
            </w:r>
          </w:p>
        </w:tc>
      </w:tr>
      <w:tr w:rsidRPr="00646BD4" w:rsidR="00C91919" w:rsidTr="7FF8CE7E" w14:paraId="6E4D6728" w14:textId="77777777">
        <w:trPr/>
        <w:tc>
          <w:tcPr>
            <w:cnfStyle w:val="001000000000" w:firstRow="0" w:lastRow="0" w:firstColumn="1" w:lastColumn="0" w:oddVBand="0" w:evenVBand="0" w:oddHBand="0" w:evenHBand="0" w:firstRowFirstColumn="0" w:firstRowLastColumn="0" w:lastRowFirstColumn="0" w:lastRowLastColumn="0"/>
            <w:tcW w:w="4873" w:type="dxa"/>
            <w:tcMar/>
          </w:tcPr>
          <w:p w:rsidRPr="00646BD4" w:rsidR="00C91919" w:rsidP="2E143ADE" w:rsidRDefault="00187077" w14:paraId="170B03B9" w14:textId="77777777">
            <w:pPr>
              <w:rPr>
                <w:b w:val="0"/>
                <w:bCs w:val="0"/>
                <w:sz w:val="22"/>
                <w:szCs w:val="22"/>
                <w:lang w:val="lt-LT"/>
              </w:rPr>
            </w:pPr>
            <w:r w:rsidRPr="213291C1" w:rsidR="27C31883">
              <w:rPr>
                <w:b w:val="0"/>
                <w:bCs w:val="0"/>
                <w:sz w:val="22"/>
                <w:szCs w:val="22"/>
                <w:lang w:val="lt-LT"/>
              </w:rPr>
              <w:t xml:space="preserve">Vietos dokumentavimas: </w:t>
            </w:r>
            <w:r w:rsidRPr="213291C1" w:rsidR="27C31883">
              <w:rPr>
                <w:b w:val="0"/>
                <w:bCs w:val="0"/>
                <w:sz w:val="22"/>
                <w:szCs w:val="22"/>
                <w:lang w:val="lt-LT"/>
              </w:rPr>
              <w:t>nuotraukos</w:t>
            </w:r>
            <w:r w:rsidRPr="213291C1" w:rsidR="27C31883">
              <w:rPr>
                <w:b w:val="0"/>
                <w:bCs w:val="0"/>
                <w:sz w:val="22"/>
                <w:szCs w:val="22"/>
                <w:lang w:val="lt-LT"/>
              </w:rPr>
              <w:t>, koordinatės, įrašų išsamumas</w:t>
            </w:r>
          </w:p>
        </w:tc>
        <w:tc>
          <w:tcPr>
            <w:cnfStyle w:val="000000000000" w:firstRow="0" w:lastRow="0" w:firstColumn="0" w:lastColumn="0" w:oddVBand="0" w:evenVBand="0" w:oddHBand="0" w:evenHBand="0" w:firstRowFirstColumn="0" w:firstRowLastColumn="0" w:lastRowFirstColumn="0" w:lastRowLastColumn="0"/>
            <w:tcW w:w="4873" w:type="dxa"/>
            <w:tcMar/>
          </w:tcPr>
          <w:p w:rsidRPr="00646BD4" w:rsidR="00C91919" w:rsidRDefault="00646BD4" w14:paraId="1C9A80D7" w14:textId="289C6390">
            <w:pPr>
              <w:cnfStyle w:val="000000000000" w:firstRow="0" w:lastRow="0" w:firstColumn="0" w:lastColumn="0" w:oddVBand="0" w:evenVBand="0" w:oddHBand="0" w:evenHBand="0" w:firstRowFirstColumn="0" w:firstRowLastColumn="0" w:lastRowFirstColumn="0" w:lastRowLastColumn="0"/>
            </w:pPr>
            <w:r w:rsidRPr="213291C1" w:rsidR="5FF45222">
              <w:rPr>
                <w:sz w:val="22"/>
                <w:szCs w:val="22"/>
                <w:lang w:val="lt-LT"/>
              </w:rPr>
              <w:t>2</w:t>
            </w:r>
          </w:p>
        </w:tc>
      </w:tr>
      <w:tr w:rsidR="213291C1" w:rsidTr="7FF8CE7E" w14:paraId="253CFAD2">
        <w:trPr>
          <w:cnfStyle w:val="000000100000" w:firstRow="0" w:lastRow="0" w:firstColumn="0" w:lastColumn="0" w:oddVBand="0" w:evenVBand="0" w:oddHBand="1" w:evenHBand="0" w:firstRowFirstColumn="0" w:firstRowLastColumn="0" w:lastRowFirstColumn="0" w:lastRowLastColumn="0"/>
          <w:jc w:val="center"/>
          <w:trHeight w:val="300"/>
        </w:trPr>
        <w:tc>
          <w:tcPr>
            <w:cnfStyle w:val="001000000000" w:firstRow="0" w:lastRow="0" w:firstColumn="1" w:lastColumn="0" w:oddVBand="0" w:evenVBand="0" w:oddHBand="0" w:evenHBand="0" w:firstRowFirstColumn="0" w:firstRowLastColumn="0" w:lastRowFirstColumn="0" w:lastRowLastColumn="0"/>
            <w:tcW w:w="4873" w:type="dxa"/>
            <w:tcMar/>
          </w:tcPr>
          <w:p w:rsidR="213291C1" w:rsidP="213291C1" w:rsidRDefault="213291C1" w14:paraId="5EA98721">
            <w:pPr>
              <w:rPr>
                <w:b w:val="0"/>
                <w:bCs w:val="0"/>
                <w:sz w:val="22"/>
                <w:szCs w:val="22"/>
                <w:lang w:val="lt-LT"/>
              </w:rPr>
            </w:pPr>
            <w:r w:rsidRPr="213291C1" w:rsidR="213291C1">
              <w:rPr>
                <w:b w:val="0"/>
                <w:bCs w:val="0"/>
                <w:sz w:val="22"/>
                <w:szCs w:val="22"/>
                <w:lang w:val="lt-LT"/>
              </w:rPr>
              <w:t>Istorinių faktų tikslumas, šaltinių patikimumas ir tinkamas jų nurodymas</w:t>
            </w:r>
          </w:p>
        </w:tc>
        <w:tc>
          <w:tcPr>
            <w:cnfStyle w:val="000000000000" w:firstRow="0" w:lastRow="0" w:firstColumn="0" w:lastColumn="0" w:oddVBand="0" w:evenVBand="0" w:oddHBand="0" w:evenHBand="0" w:firstRowFirstColumn="0" w:firstRowLastColumn="0" w:lastRowFirstColumn="0" w:lastRowLastColumn="0"/>
            <w:tcW w:w="4873" w:type="dxa"/>
            <w:tcMar/>
          </w:tcPr>
          <w:p w:rsidR="213291C1" w:rsidRDefault="213291C1" w14:paraId="7A1FDD28" w14:textId="0D966C2F">
            <w:r w:rsidRPr="213291C1" w:rsidR="213291C1">
              <w:rPr>
                <w:sz w:val="22"/>
                <w:szCs w:val="22"/>
                <w:lang w:val="lt-LT"/>
              </w:rPr>
              <w:t>1</w:t>
            </w:r>
          </w:p>
        </w:tc>
      </w:tr>
      <w:tr w:rsidRPr="00646BD4" w:rsidR="00C91919" w:rsidTr="7FF8CE7E" w14:paraId="5EF8216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3" w:type="dxa"/>
            <w:tcMar/>
          </w:tcPr>
          <w:p w:rsidRPr="00646BD4" w:rsidR="00C91919" w:rsidRDefault="00187077" w14:paraId="2A7B6C6F" w14:textId="77777777">
            <w:pPr>
              <w:rPr>
                <w:b w:val="0"/>
                <w:bCs w:val="0"/>
                <w:sz w:val="22"/>
                <w:lang w:val="lt-LT"/>
              </w:rPr>
            </w:pPr>
            <w:r w:rsidRPr="00646BD4">
              <w:rPr>
                <w:b w:val="0"/>
                <w:bCs w:val="0"/>
                <w:sz w:val="22"/>
                <w:lang w:val="lt-LT"/>
              </w:rPr>
              <w:t>Pagrįstas Lietuvos, Lenkijos ir Švedijos istorinių ar kultūrinių ryšių atskleidimas</w:t>
            </w:r>
          </w:p>
        </w:tc>
        <w:tc>
          <w:tcPr>
            <w:cnfStyle w:val="000000000000" w:firstRow="0" w:lastRow="0" w:firstColumn="0" w:lastColumn="0" w:oddVBand="0" w:evenVBand="0" w:oddHBand="0" w:evenHBand="0" w:firstRowFirstColumn="0" w:firstRowLastColumn="0" w:lastRowFirstColumn="0" w:lastRowLastColumn="0"/>
            <w:tcW w:w="4873" w:type="dxa"/>
            <w:tcMar/>
          </w:tcPr>
          <w:p w:rsidRPr="00646BD4" w:rsidR="00C91919" w:rsidRDefault="00187077" w14:paraId="5BFB9E63" w14:textId="77777777">
            <w:pPr>
              <w:cnfStyle w:val="000000100000" w:firstRow="0" w:lastRow="0" w:firstColumn="0" w:lastColumn="0" w:oddVBand="0" w:evenVBand="0" w:oddHBand="1" w:evenHBand="0" w:firstRowFirstColumn="0" w:firstRowLastColumn="0" w:lastRowFirstColumn="0" w:lastRowLastColumn="0"/>
              <w:rPr>
                <w:sz w:val="22"/>
                <w:lang w:val="lt-LT"/>
              </w:rPr>
            </w:pPr>
            <w:r w:rsidRPr="00646BD4">
              <w:rPr>
                <w:sz w:val="22"/>
                <w:lang w:val="lt-LT"/>
              </w:rPr>
              <w:t>1</w:t>
            </w:r>
          </w:p>
        </w:tc>
      </w:tr>
      <w:tr w:rsidRPr="00646BD4" w:rsidR="00C91919" w:rsidTr="7FF8CE7E" w14:paraId="220D280E" w14:textId="77777777">
        <w:trPr/>
        <w:tc>
          <w:tcPr>
            <w:cnfStyle w:val="001000000000" w:firstRow="0" w:lastRow="0" w:firstColumn="1" w:lastColumn="0" w:oddVBand="0" w:evenVBand="0" w:oddHBand="0" w:evenHBand="0" w:firstRowFirstColumn="0" w:firstRowLastColumn="0" w:lastRowFirstColumn="0" w:lastRowLastColumn="0"/>
            <w:tcW w:w="4873" w:type="dxa"/>
            <w:tcMar/>
          </w:tcPr>
          <w:p w:rsidRPr="00646BD4" w:rsidR="00C91919" w:rsidRDefault="00187077" w14:paraId="7026DD76" w14:textId="77777777">
            <w:pPr>
              <w:rPr>
                <w:b w:val="0"/>
                <w:bCs w:val="0"/>
                <w:sz w:val="22"/>
                <w:lang w:val="lt-LT"/>
              </w:rPr>
            </w:pPr>
            <w:r w:rsidRPr="00646BD4">
              <w:rPr>
                <w:b w:val="0"/>
                <w:bCs w:val="0"/>
                <w:sz w:val="22"/>
                <w:lang w:val="lt-LT"/>
              </w:rPr>
              <w:t>Kalbos taisyklingumas ir darbo pateikimo aiškumas</w:t>
            </w:r>
          </w:p>
        </w:tc>
        <w:tc>
          <w:tcPr>
            <w:cnfStyle w:val="000000000000" w:firstRow="0" w:lastRow="0" w:firstColumn="0" w:lastColumn="0" w:oddVBand="0" w:evenVBand="0" w:oddHBand="0" w:evenHBand="0" w:firstRowFirstColumn="0" w:firstRowLastColumn="0" w:lastRowFirstColumn="0" w:lastRowLastColumn="0"/>
            <w:tcW w:w="4873" w:type="dxa"/>
            <w:tcMar/>
          </w:tcPr>
          <w:p w:rsidRPr="00646BD4" w:rsidR="00C91919" w:rsidRDefault="00646BD4" w14:paraId="1E0ADEAC" w14:textId="13BA1A37">
            <w:pPr>
              <w:cnfStyle w:val="000000000000" w:firstRow="0" w:lastRow="0" w:firstColumn="0" w:lastColumn="0" w:oddVBand="0" w:evenVBand="0" w:oddHBand="0" w:evenHBand="0" w:firstRowFirstColumn="0" w:firstRowLastColumn="0" w:lastRowFirstColumn="0" w:lastRowLastColumn="0"/>
              <w:rPr>
                <w:sz w:val="22"/>
                <w:lang w:val="lt-LT"/>
              </w:rPr>
            </w:pPr>
            <w:r>
              <w:rPr>
                <w:sz w:val="22"/>
                <w:lang w:val="lt-LT"/>
              </w:rPr>
              <w:t>1</w:t>
            </w:r>
          </w:p>
        </w:tc>
      </w:tr>
    </w:tbl>
    <w:p w:rsidR="00646BD4" w:rsidP="00646BD4" w:rsidRDefault="00646BD4" w14:paraId="5817D6EC" w14:textId="77777777">
      <w:pPr>
        <w:pStyle w:val="ListNumber"/>
        <w:numPr>
          <w:ilvl w:val="0"/>
          <w:numId w:val="0"/>
        </w:numPr>
        <w:ind w:left="360"/>
        <w:rPr>
          <w:sz w:val="22"/>
          <w:lang w:val="lt-LT"/>
        </w:rPr>
      </w:pPr>
    </w:p>
    <w:p w:rsidRPr="00646BD4" w:rsidR="00C91919" w:rsidP="2E143ADE" w:rsidRDefault="00187077" w14:paraId="6DC66412" w14:textId="6A35E3FC">
      <w:pPr>
        <w:pStyle w:val="ListNumber"/>
        <w:rPr>
          <w:sz w:val="22"/>
          <w:szCs w:val="22"/>
          <w:lang w:val="lt-LT"/>
        </w:rPr>
      </w:pPr>
      <w:r w:rsidRPr="7FF8CE7E" w:rsidR="5A1D6611">
        <w:rPr>
          <w:sz w:val="22"/>
          <w:szCs w:val="22"/>
          <w:lang w:val="lt-LT"/>
        </w:rPr>
        <w:t xml:space="preserve">Komisija kiekvienam kriterijui skiria nuo 0 iki nurodyto maksimalaus balų skaičiaus; bendras rezultatas yra komisijos narių skirtų sumų aritmetinis vidurkis. Komanda, neradusi tarptautinio ryšio, gali surinkti iki 9 balų. Vertinama pateiktų </w:t>
      </w:r>
      <w:r w:rsidRPr="7FF8CE7E" w:rsidR="5A1D6611">
        <w:rPr>
          <w:sz w:val="22"/>
          <w:szCs w:val="22"/>
          <w:lang w:val="lt-LT"/>
        </w:rPr>
        <w:t>atradim</w:t>
      </w:r>
      <w:r w:rsidRPr="7FF8CE7E" w:rsidR="24563A4E">
        <w:rPr>
          <w:sz w:val="22"/>
          <w:szCs w:val="22"/>
          <w:lang w:val="lt-LT"/>
        </w:rPr>
        <w:t>o</w:t>
      </w:r>
      <w:r w:rsidRPr="7FF8CE7E" w:rsidR="5A1D6611">
        <w:rPr>
          <w:sz w:val="22"/>
          <w:szCs w:val="22"/>
          <w:lang w:val="lt-LT"/>
        </w:rPr>
        <w:t xml:space="preserve"> kokyb</w:t>
      </w:r>
      <w:r w:rsidRPr="7FF8CE7E" w:rsidR="4FD71D7F">
        <w:rPr>
          <w:sz w:val="22"/>
          <w:szCs w:val="22"/>
          <w:lang w:val="lt-LT"/>
        </w:rPr>
        <w:t>ė</w:t>
      </w:r>
      <w:r w:rsidRPr="7FF8CE7E" w:rsidR="5A1D6611">
        <w:rPr>
          <w:sz w:val="22"/>
          <w:szCs w:val="22"/>
          <w:lang w:val="lt-LT"/>
        </w:rPr>
        <w:t>.</w:t>
      </w:r>
    </w:p>
    <w:p w:rsidRPr="00646BD4" w:rsidR="00C91919" w:rsidP="2E143ADE" w:rsidRDefault="00187077" w14:paraId="6EF9EF36" w14:textId="4831B94A">
      <w:pPr>
        <w:pStyle w:val="ListNumber"/>
        <w:rPr>
          <w:sz w:val="22"/>
          <w:szCs w:val="22"/>
          <w:lang w:val="lt-LT"/>
        </w:rPr>
      </w:pPr>
      <w:r w:rsidRPr="7FF8CE7E" w:rsidR="27C31883">
        <w:rPr>
          <w:sz w:val="22"/>
          <w:szCs w:val="22"/>
          <w:lang w:val="lt-LT"/>
        </w:rPr>
        <w:t xml:space="preserve">Vienodą balų skaičių surinkusių </w:t>
      </w:r>
      <w:r w:rsidRPr="7FF8CE7E" w:rsidR="27C31883">
        <w:rPr>
          <w:sz w:val="22"/>
          <w:szCs w:val="22"/>
          <w:lang w:val="lt-LT"/>
        </w:rPr>
        <w:t xml:space="preserve">komandų eilę lemia didesnis balas už </w:t>
      </w:r>
      <w:r w:rsidRPr="7FF8CE7E" w:rsidR="25B30FFE">
        <w:rPr>
          <w:sz w:val="22"/>
          <w:szCs w:val="22"/>
          <w:lang w:val="lt-LT"/>
        </w:rPr>
        <w:t>pasakojimą</w:t>
      </w:r>
      <w:r w:rsidRPr="7FF8CE7E" w:rsidR="27C31883">
        <w:rPr>
          <w:sz w:val="22"/>
          <w:szCs w:val="22"/>
          <w:lang w:val="lt-LT"/>
        </w:rPr>
        <w:t xml:space="preserve">, po to – už </w:t>
      </w:r>
      <w:r w:rsidRPr="7FF8CE7E" w:rsidR="27C31883">
        <w:rPr>
          <w:sz w:val="22"/>
          <w:szCs w:val="22"/>
          <w:lang w:val="lt-LT"/>
        </w:rPr>
        <w:t>atradim</w:t>
      </w:r>
      <w:r w:rsidRPr="7FF8CE7E" w:rsidR="3563CDA5">
        <w:rPr>
          <w:sz w:val="22"/>
          <w:szCs w:val="22"/>
          <w:lang w:val="lt-LT"/>
        </w:rPr>
        <w:t>o</w:t>
      </w:r>
      <w:r w:rsidRPr="7FF8CE7E" w:rsidR="27C31883">
        <w:rPr>
          <w:sz w:val="22"/>
          <w:szCs w:val="22"/>
          <w:lang w:val="lt-LT"/>
        </w:rPr>
        <w:t xml:space="preserve"> vertę, po to – už </w:t>
      </w:r>
      <w:r w:rsidRPr="7FF8CE7E" w:rsidR="41B8D2D9">
        <w:rPr>
          <w:sz w:val="22"/>
          <w:szCs w:val="22"/>
          <w:lang w:val="lt-LT"/>
        </w:rPr>
        <w:t>dokumentavimą</w:t>
      </w:r>
      <w:r w:rsidRPr="7FF8CE7E" w:rsidR="27C31883">
        <w:rPr>
          <w:sz w:val="22"/>
          <w:szCs w:val="22"/>
          <w:lang w:val="lt-LT"/>
        </w:rPr>
        <w:t>. Jei lygybė išlieka, komisija priima motyvuotą kolegialų sprendimą ir jį užfiksuoja protokole.</w:t>
      </w:r>
    </w:p>
    <w:p w:rsidRPr="00646BD4" w:rsidR="00C91919" w:rsidP="2E143ADE" w:rsidRDefault="00187077" w14:paraId="055AE162" w14:textId="77777777">
      <w:pPr>
        <w:pStyle w:val="ListNumber"/>
        <w:rPr>
          <w:sz w:val="22"/>
          <w:szCs w:val="22"/>
          <w:lang w:val="lt-LT"/>
        </w:rPr>
      </w:pPr>
      <w:r w:rsidRPr="2E143ADE" w:rsidR="00187077">
        <w:rPr>
          <w:sz w:val="22"/>
          <w:szCs w:val="22"/>
          <w:lang w:val="lt-LT"/>
        </w:rPr>
        <w:t>Komisija gali paprašyti patikslinti šaltinius ar įrašų autorystę. Plagiatas, svetimos nuotraukos, klaidinantys faktai arba nepateikti privalomi elementai gali būti pagrindas darbo nevertinti; sprendimas ir jo priežastis pranešami vadovui.</w:t>
      </w:r>
    </w:p>
    <w:p w:rsidRPr="003D144D" w:rsidR="00C91919" w:rsidRDefault="00187077" w14:paraId="0A851C56" w14:textId="77777777">
      <w:pPr>
        <w:pStyle w:val="Heading1"/>
        <w:rPr>
          <w:lang w:val="lt-LT"/>
        </w:rPr>
      </w:pPr>
      <w:r w:rsidRPr="003D144D">
        <w:rPr>
          <w:lang w:val="lt-LT"/>
        </w:rPr>
        <w:t>7. Rezultatai ir prizai</w:t>
      </w:r>
    </w:p>
    <w:p w:rsidRPr="00FF6589" w:rsidR="00C91919" w:rsidRDefault="00187077" w14:paraId="2F9CB768" w14:textId="77777777">
      <w:pPr>
        <w:rPr>
          <w:sz w:val="22"/>
          <w:lang w:val="lt-LT"/>
        </w:rPr>
      </w:pPr>
      <w:r w:rsidRPr="00FF6589">
        <w:rPr>
          <w:sz w:val="22"/>
          <w:lang w:val="lt-LT"/>
        </w:rPr>
        <w:t>Apdovanojamos penkios daugiausia balų surinkusios komandos.</w:t>
      </w:r>
    </w:p>
    <w:tbl>
      <w:tblPr>
        <w:tblStyle w:val="LightShading-Accent1"/>
        <w:tblW w:w="0" w:type="auto"/>
        <w:tblLook w:val="04A0" w:firstRow="1" w:lastRow="0" w:firstColumn="1" w:lastColumn="0" w:noHBand="0" w:noVBand="1"/>
      </w:tblPr>
      <w:tblGrid>
        <w:gridCol w:w="4873"/>
        <w:gridCol w:w="4873"/>
      </w:tblGrid>
      <w:tr w:rsidRPr="00FF6589" w:rsidR="00C91919" w:rsidTr="00C91919" w14:paraId="68017A9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3" w:type="dxa"/>
          </w:tcPr>
          <w:p w:rsidRPr="00FF6589" w:rsidR="00C91919" w:rsidRDefault="00187077" w14:paraId="2A34D20C" w14:textId="77777777">
            <w:pPr>
              <w:keepNext/>
              <w:rPr>
                <w:b w:val="0"/>
                <w:bCs w:val="0"/>
                <w:sz w:val="22"/>
                <w:lang w:val="lt-LT"/>
              </w:rPr>
            </w:pPr>
            <w:r w:rsidRPr="00FF6589">
              <w:rPr>
                <w:b w:val="0"/>
                <w:bCs w:val="0"/>
                <w:sz w:val="22"/>
                <w:lang w:val="lt-LT"/>
              </w:rPr>
              <w:t>Vieta</w:t>
            </w:r>
          </w:p>
        </w:tc>
        <w:tc>
          <w:tcPr>
            <w:tcW w:w="4873" w:type="dxa"/>
          </w:tcPr>
          <w:p w:rsidRPr="00FF6589" w:rsidR="00C91919" w:rsidRDefault="00187077" w14:paraId="476AD1DA" w14:textId="77777777">
            <w:pPr>
              <w:keepNext/>
              <w:cnfStyle w:val="100000000000" w:firstRow="1" w:lastRow="0" w:firstColumn="0" w:lastColumn="0" w:oddVBand="0" w:evenVBand="0" w:oddHBand="0" w:evenHBand="0" w:firstRowFirstColumn="0" w:firstRowLastColumn="0" w:lastRowFirstColumn="0" w:lastRowLastColumn="0"/>
              <w:rPr>
                <w:b w:val="0"/>
                <w:bCs w:val="0"/>
                <w:sz w:val="22"/>
                <w:lang w:val="lt-LT"/>
              </w:rPr>
            </w:pPr>
            <w:r w:rsidRPr="00FF6589">
              <w:rPr>
                <w:b w:val="0"/>
                <w:bCs w:val="0"/>
                <w:sz w:val="22"/>
                <w:lang w:val="lt-LT"/>
              </w:rPr>
              <w:t>Komandos prizas</w:t>
            </w:r>
          </w:p>
        </w:tc>
      </w:tr>
      <w:tr w:rsidRPr="00D21ECD" w:rsidR="00C91919" w:rsidTr="00C91919" w14:paraId="60B234E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3" w:type="dxa"/>
          </w:tcPr>
          <w:p w:rsidRPr="00FF6589" w:rsidR="00C91919" w:rsidRDefault="00187077" w14:paraId="1BC84633" w14:textId="77777777">
            <w:pPr>
              <w:keepNext/>
              <w:rPr>
                <w:b w:val="0"/>
                <w:bCs w:val="0"/>
                <w:sz w:val="22"/>
                <w:lang w:val="lt-LT"/>
              </w:rPr>
            </w:pPr>
            <w:r w:rsidRPr="00FF6589">
              <w:rPr>
                <w:b w:val="0"/>
                <w:bCs w:val="0"/>
                <w:sz w:val="22"/>
                <w:lang w:val="lt-LT"/>
              </w:rPr>
              <w:t>I</w:t>
            </w:r>
          </w:p>
        </w:tc>
        <w:tc>
          <w:tcPr>
            <w:tcW w:w="4873" w:type="dxa"/>
          </w:tcPr>
          <w:p w:rsidRPr="00FF6589" w:rsidR="00C91919" w:rsidRDefault="00187077" w14:paraId="6D39E279" w14:textId="315E85C0">
            <w:pPr>
              <w:keepNext/>
              <w:cnfStyle w:val="000000100000" w:firstRow="0" w:lastRow="0" w:firstColumn="0" w:lastColumn="0" w:oddVBand="0" w:evenVBand="0" w:oddHBand="1" w:evenHBand="0" w:firstRowFirstColumn="0" w:firstRowLastColumn="0" w:lastRowFirstColumn="0" w:lastRowLastColumn="0"/>
              <w:rPr>
                <w:sz w:val="22"/>
                <w:lang w:val="lt-LT"/>
              </w:rPr>
            </w:pPr>
            <w:r w:rsidRPr="00FF6589">
              <w:rPr>
                <w:sz w:val="22"/>
                <w:lang w:val="lt-LT"/>
              </w:rPr>
              <w:t xml:space="preserve">Vienas momentinis fotoaparatas, vienas stalo žaidimas ir visos komandos apsilankymas RTVIC </w:t>
            </w:r>
            <w:r w:rsidR="00482E81">
              <w:rPr>
                <w:sz w:val="22"/>
                <w:lang w:val="lt-LT"/>
              </w:rPr>
              <w:t>su</w:t>
            </w:r>
            <w:r w:rsidRPr="00FF6589">
              <w:rPr>
                <w:sz w:val="22"/>
                <w:lang w:val="lt-LT"/>
              </w:rPr>
              <w:t xml:space="preserve"> 3D filmo „Kibirkštėlė“ apie Rietavo Oginskių palikimą premjeros seans</w:t>
            </w:r>
            <w:r w:rsidR="00482E81">
              <w:rPr>
                <w:sz w:val="22"/>
                <w:lang w:val="lt-LT"/>
              </w:rPr>
              <w:t>u</w:t>
            </w:r>
            <w:r w:rsidRPr="00FF6589">
              <w:rPr>
                <w:sz w:val="22"/>
                <w:lang w:val="lt-LT"/>
              </w:rPr>
              <w:t>.</w:t>
            </w:r>
          </w:p>
        </w:tc>
      </w:tr>
      <w:tr w:rsidRPr="00D21ECD" w:rsidR="00C91919" w:rsidTr="00C91919" w14:paraId="1715E084" w14:textId="77777777">
        <w:tc>
          <w:tcPr>
            <w:cnfStyle w:val="001000000000" w:firstRow="0" w:lastRow="0" w:firstColumn="1" w:lastColumn="0" w:oddVBand="0" w:evenVBand="0" w:oddHBand="0" w:evenHBand="0" w:firstRowFirstColumn="0" w:firstRowLastColumn="0" w:lastRowFirstColumn="0" w:lastRowLastColumn="0"/>
            <w:tcW w:w="4873" w:type="dxa"/>
          </w:tcPr>
          <w:p w:rsidRPr="00FF6589" w:rsidR="00C91919" w:rsidRDefault="00187077" w14:paraId="2FA3EF43" w14:textId="77777777">
            <w:pPr>
              <w:keepNext/>
              <w:rPr>
                <w:b w:val="0"/>
                <w:bCs w:val="0"/>
                <w:sz w:val="22"/>
                <w:lang w:val="lt-LT"/>
              </w:rPr>
            </w:pPr>
            <w:r w:rsidRPr="00FF6589">
              <w:rPr>
                <w:b w:val="0"/>
                <w:bCs w:val="0"/>
                <w:sz w:val="22"/>
                <w:lang w:val="lt-LT"/>
              </w:rPr>
              <w:t>II ir III</w:t>
            </w:r>
          </w:p>
        </w:tc>
        <w:tc>
          <w:tcPr>
            <w:tcW w:w="4873" w:type="dxa"/>
          </w:tcPr>
          <w:p w:rsidRPr="00FF6589" w:rsidR="00C91919" w:rsidRDefault="00187077" w14:paraId="3F1EAE6A" w14:textId="0142AD14">
            <w:pPr>
              <w:keepNext/>
              <w:cnfStyle w:val="000000000000" w:firstRow="0" w:lastRow="0" w:firstColumn="0" w:lastColumn="0" w:oddVBand="0" w:evenVBand="0" w:oddHBand="0" w:evenHBand="0" w:firstRowFirstColumn="0" w:firstRowLastColumn="0" w:lastRowFirstColumn="0" w:lastRowLastColumn="0"/>
              <w:rPr>
                <w:sz w:val="22"/>
                <w:lang w:val="lt-LT"/>
              </w:rPr>
            </w:pPr>
            <w:r w:rsidRPr="00FF6589">
              <w:rPr>
                <w:sz w:val="22"/>
                <w:lang w:val="lt-LT"/>
              </w:rPr>
              <w:t>Kiekvienai komandai – po vieną momentinį fotoaparatą ir apsilankymas RTVIC</w:t>
            </w:r>
            <w:r w:rsidR="00482E81">
              <w:rPr>
                <w:sz w:val="22"/>
                <w:lang w:val="lt-LT"/>
              </w:rPr>
              <w:t xml:space="preserve"> su</w:t>
            </w:r>
            <w:r w:rsidRPr="00FF6589" w:rsidR="00482E81">
              <w:rPr>
                <w:sz w:val="22"/>
                <w:lang w:val="lt-LT"/>
              </w:rPr>
              <w:t xml:space="preserve"> 3D filmo „Kibirkštėlė“ apie Rietavo Oginskių palikimą seans</w:t>
            </w:r>
            <w:r w:rsidR="00482E81">
              <w:rPr>
                <w:sz w:val="22"/>
                <w:lang w:val="lt-LT"/>
              </w:rPr>
              <w:t>u</w:t>
            </w:r>
            <w:r w:rsidRPr="00FF6589">
              <w:rPr>
                <w:sz w:val="22"/>
                <w:lang w:val="lt-LT"/>
              </w:rPr>
              <w:t>.</w:t>
            </w:r>
          </w:p>
        </w:tc>
      </w:tr>
      <w:tr w:rsidRPr="00D21ECD" w:rsidR="00C91919" w:rsidTr="00C91919" w14:paraId="4958EF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3" w:type="dxa"/>
          </w:tcPr>
          <w:p w:rsidRPr="00FF6589" w:rsidR="00C91919" w:rsidRDefault="00187077" w14:paraId="3D52F0C9" w14:textId="77777777">
            <w:pPr>
              <w:keepNext/>
              <w:rPr>
                <w:b w:val="0"/>
                <w:bCs w:val="0"/>
                <w:sz w:val="22"/>
                <w:lang w:val="lt-LT"/>
              </w:rPr>
            </w:pPr>
            <w:r w:rsidRPr="00FF6589">
              <w:rPr>
                <w:b w:val="0"/>
                <w:bCs w:val="0"/>
                <w:sz w:val="22"/>
                <w:lang w:val="lt-LT"/>
              </w:rPr>
              <w:t>IV ir V</w:t>
            </w:r>
          </w:p>
        </w:tc>
        <w:tc>
          <w:tcPr>
            <w:tcW w:w="4873" w:type="dxa"/>
          </w:tcPr>
          <w:p w:rsidRPr="00FF6589" w:rsidR="00C91919" w:rsidRDefault="00187077" w14:paraId="31EC17C7" w14:textId="2849AF0B">
            <w:pPr>
              <w:keepNext/>
              <w:cnfStyle w:val="000000100000" w:firstRow="0" w:lastRow="0" w:firstColumn="0" w:lastColumn="0" w:oddVBand="0" w:evenVBand="0" w:oddHBand="1" w:evenHBand="0" w:firstRowFirstColumn="0" w:firstRowLastColumn="0" w:lastRowFirstColumn="0" w:lastRowLastColumn="0"/>
              <w:rPr>
                <w:sz w:val="22"/>
                <w:lang w:val="lt-LT"/>
              </w:rPr>
            </w:pPr>
            <w:r w:rsidRPr="00FF6589">
              <w:rPr>
                <w:sz w:val="22"/>
                <w:lang w:val="lt-LT"/>
              </w:rPr>
              <w:t xml:space="preserve">Kiekvienai komandai – </w:t>
            </w:r>
            <w:r w:rsidRPr="00FF6589" w:rsidR="00482E81">
              <w:rPr>
                <w:sz w:val="22"/>
                <w:lang w:val="lt-LT"/>
              </w:rPr>
              <w:t>apsilankymas RTVIC</w:t>
            </w:r>
            <w:r w:rsidR="00482E81">
              <w:rPr>
                <w:sz w:val="22"/>
                <w:lang w:val="lt-LT"/>
              </w:rPr>
              <w:t xml:space="preserve"> su</w:t>
            </w:r>
            <w:r w:rsidRPr="00FF6589" w:rsidR="00482E81">
              <w:rPr>
                <w:sz w:val="22"/>
                <w:lang w:val="lt-LT"/>
              </w:rPr>
              <w:t xml:space="preserve"> 3D filmo „Kibirkštėlė“ apie Rietavo Oginskių palikimą seans</w:t>
            </w:r>
            <w:r w:rsidR="00482E81">
              <w:rPr>
                <w:sz w:val="22"/>
                <w:lang w:val="lt-LT"/>
              </w:rPr>
              <w:t>u</w:t>
            </w:r>
            <w:r w:rsidRPr="00FF6589" w:rsidR="00482E81">
              <w:rPr>
                <w:sz w:val="22"/>
                <w:lang w:val="lt-LT"/>
              </w:rPr>
              <w:t>.</w:t>
            </w:r>
          </w:p>
        </w:tc>
      </w:tr>
    </w:tbl>
    <w:p w:rsidR="00CD5DBF" w:rsidP="00CD5DBF" w:rsidRDefault="00CD5DBF" w14:paraId="0F467A42" w14:textId="77777777">
      <w:pPr>
        <w:pStyle w:val="ListNumber"/>
        <w:numPr>
          <w:ilvl w:val="0"/>
          <w:numId w:val="0"/>
        </w:numPr>
        <w:ind w:left="360"/>
        <w:rPr>
          <w:sz w:val="22"/>
          <w:lang w:val="lt-LT"/>
        </w:rPr>
      </w:pPr>
    </w:p>
    <w:p w:rsidRPr="00FF6589" w:rsidR="00C91919" w:rsidP="2E143ADE" w:rsidRDefault="00187077" w14:paraId="73D8BE89" w14:textId="3F03C918">
      <w:pPr>
        <w:pStyle w:val="ListNumber"/>
        <w:rPr>
          <w:sz w:val="22"/>
          <w:szCs w:val="22"/>
          <w:lang w:val="lt-LT"/>
        </w:rPr>
      </w:pPr>
      <w:r w:rsidRPr="2E143ADE" w:rsidR="00187077">
        <w:rPr>
          <w:sz w:val="22"/>
          <w:szCs w:val="22"/>
          <w:lang w:val="lt-LT"/>
        </w:rPr>
        <w:t>Prizai skiriami komandai, o apsilankymuose dalyvauja jos nariai ir vadovas. Apsilankymų ir premjeros data bei praktinės sąlygos derinamos su laimėjusių komandų vadovais. Kelionės iki RTVIC ir atgal apmokėjimas į prizą neįtrauktas, jeigu Organizatorius atskirai nepaskelbia kitaip.</w:t>
      </w:r>
    </w:p>
    <w:p w:rsidRPr="00FF6589" w:rsidR="00C91919" w:rsidP="2E143ADE" w:rsidRDefault="00187077" w14:paraId="5D1279AA" w14:textId="41AE96D9">
      <w:pPr>
        <w:pStyle w:val="ListNumber"/>
        <w:rPr>
          <w:sz w:val="22"/>
          <w:szCs w:val="22"/>
          <w:lang w:val="lt-LT"/>
        </w:rPr>
      </w:pPr>
      <w:r w:rsidRPr="213291C1" w:rsidR="5A1D6611">
        <w:rPr>
          <w:sz w:val="22"/>
          <w:szCs w:val="22"/>
          <w:lang w:val="lt-LT"/>
        </w:rPr>
        <w:t>Visų komandų</w:t>
      </w:r>
      <w:r w:rsidRPr="213291C1" w:rsidR="5A1D6611">
        <w:rPr>
          <w:sz w:val="22"/>
          <w:szCs w:val="22"/>
          <w:lang w:val="lt-LT"/>
        </w:rPr>
        <w:t xml:space="preserve"> tinkami įrašai ir nuotraukos bus pateikti bendram tarptautiniam BRIDGE projekto interaktyviajam žemėlapiui. Žemėlapyje skelbiama informacija apie vietas, ne mokinių asmeniniai duomenys. Jei atskirame įraše nustatoma faktinė klaida arba trūksta publikavimui reikalingų teisių, prieš paskelbimą jis tikslinamas kartu su komandos vadovu.</w:t>
      </w:r>
    </w:p>
    <w:p w:rsidRPr="00FF6589" w:rsidR="00C91919" w:rsidP="2E143ADE" w:rsidRDefault="00187077" w14:paraId="28D25E2E" w14:textId="77777777">
      <w:pPr>
        <w:pStyle w:val="ListNumber"/>
        <w:rPr>
          <w:sz w:val="22"/>
          <w:szCs w:val="22"/>
          <w:lang w:val="lt-LT"/>
        </w:rPr>
      </w:pPr>
      <w:r w:rsidRPr="2E143ADE" w:rsidR="00187077">
        <w:rPr>
          <w:sz w:val="22"/>
          <w:szCs w:val="22"/>
          <w:lang w:val="lt-LT"/>
        </w:rPr>
        <w:t>Rezultatai skelbiami Organizatoriaus informacijos kanaluose nurodytą dieną, o komandų vadovai informuojami el. paštu.</w:t>
      </w:r>
    </w:p>
    <w:p w:rsidRPr="003D144D" w:rsidR="00C91919" w:rsidRDefault="00187077" w14:paraId="2973C202" w14:textId="77777777">
      <w:pPr>
        <w:pStyle w:val="Heading1"/>
        <w:rPr>
          <w:lang w:val="lt-LT"/>
        </w:rPr>
      </w:pPr>
      <w:r w:rsidRPr="003D144D">
        <w:rPr>
          <w:lang w:val="lt-LT"/>
        </w:rPr>
        <w:t>8. Autorystė ir asmens duomenys</w:t>
      </w:r>
    </w:p>
    <w:p w:rsidRPr="00482E81" w:rsidR="00C91919" w:rsidP="2E143ADE" w:rsidRDefault="00187077" w14:paraId="58E6A283" w14:textId="77777777">
      <w:pPr>
        <w:pStyle w:val="ListNumber"/>
        <w:rPr>
          <w:sz w:val="22"/>
          <w:szCs w:val="22"/>
          <w:lang w:val="lt-LT"/>
        </w:rPr>
      </w:pPr>
      <w:r w:rsidRPr="2E143ADE" w:rsidR="00187077">
        <w:rPr>
          <w:sz w:val="22"/>
          <w:szCs w:val="22"/>
          <w:lang w:val="lt-LT"/>
        </w:rPr>
        <w:t>Dalyviai išsaugo autorystę. Visos konkursui pateiktos nuotraukos ir papildomi filmukai bus skelbiami RTVIC socialinių tinklų paskyrose BRIDGE projekto viešinimo ir Rietavo krašto turizmo rinkodaros tikslais, laikantis gautų sutikimų apimties ir jų galiojimo. Pateikdama darbą mokykla patvirtina, kad turi teisę perduoti jo tekstus, nuotraukas ir filmukus Organizatoriui naudoti šiais tikslais bei tarptautiniame projekto žemėlapyje, nurodant mokyklą ir, kai turimas sutikimas, autorius. Mokyklos patvirtinimas ne</w:t>
      </w:r>
      <w:r w:rsidRPr="2E143ADE" w:rsidR="00187077">
        <w:rPr>
          <w:sz w:val="22"/>
          <w:szCs w:val="22"/>
          <w:lang w:val="lt-LT"/>
        </w:rPr>
        <w:t>pakeičia tėvų ar kitų asmenų sutikimų viešinti jų atvaizdus ir duomenis.</w:t>
      </w:r>
    </w:p>
    <w:p w:rsidRPr="00482E81" w:rsidR="00C91919" w:rsidP="2E143ADE" w:rsidRDefault="00187077" w14:paraId="22F568FD" w14:textId="37732529">
      <w:pPr>
        <w:pStyle w:val="ListNumber"/>
        <w:rPr>
          <w:sz w:val="22"/>
          <w:szCs w:val="22"/>
          <w:lang w:val="lt-LT"/>
        </w:rPr>
      </w:pPr>
      <w:r w:rsidRPr="78834E86" w:rsidR="514D7D21">
        <w:rPr>
          <w:sz w:val="22"/>
          <w:szCs w:val="22"/>
          <w:lang w:val="lt-LT"/>
        </w:rPr>
        <w:t xml:space="preserve">Prie paraiškos privaloma pridėti po vieną kiekvieno komandos dalyvio tėvo, motinos ar kito teisėto atstovo pasirašytą </w:t>
      </w:r>
      <w:r w:rsidRPr="78834E86" w:rsidR="749FE897">
        <w:rPr>
          <w:sz w:val="22"/>
          <w:szCs w:val="22"/>
          <w:lang w:val="lt-LT"/>
        </w:rPr>
        <w:t xml:space="preserve">sutikimą </w:t>
      </w:r>
      <w:r w:rsidRPr="78834E86" w:rsidR="514D7D21">
        <w:rPr>
          <w:sz w:val="22"/>
          <w:szCs w:val="22"/>
          <w:lang w:val="lt-LT"/>
        </w:rPr>
        <w:t xml:space="preserve">su pasirinkimais dėl vaiko atvaizdo ir duomenų viešinimo bei mokyklos įgalioto </w:t>
      </w:r>
      <w:r w:rsidRPr="78834E86" w:rsidR="514D7D21">
        <w:rPr>
          <w:sz w:val="22"/>
          <w:szCs w:val="22"/>
          <w:lang w:val="lt-LT"/>
        </w:rPr>
        <w:t>atstovo pasirašytą patvirtinimą. Kadangi visos pateiktos nuotraukos ir filmukai bus viešinami RTVIC socialiniuose tinkluose, medžiagoje atpažįstamų vaikų atvaizdams, balsams ir kitiems viešinamiems duomenims būtini šį naudojimą apimantys sutikimai. Nesutikus viešinti vaiko, siunčiama medžiaga turi būti be jo atpažįstamo atvaizdo, balso ir kitų viešinti neleidžiamų duomenų; jo pasirašyta tėvų forma vis tiek pride</w:t>
      </w:r>
      <w:r w:rsidRPr="78834E86" w:rsidR="514D7D21">
        <w:rPr>
          <w:sz w:val="22"/>
          <w:szCs w:val="22"/>
          <w:lang w:val="lt-LT"/>
        </w:rPr>
        <w:t xml:space="preserve">dama. </w:t>
      </w:r>
      <w:r w:rsidRPr="78834E86" w:rsidR="514D7D21">
        <w:rPr>
          <w:sz w:val="22"/>
          <w:szCs w:val="22"/>
          <w:lang w:val="lt-LT"/>
        </w:rPr>
        <w:t>Jei medžiagoje atpažįstami tretieji asmenys, pavyzdžiui, legendų ar prisiminimų pasakotojai</w:t>
      </w:r>
      <w:r w:rsidRPr="78834E86" w:rsidR="514D7D21">
        <w:rPr>
          <w:sz w:val="22"/>
          <w:szCs w:val="22"/>
          <w:lang w:val="lt-LT"/>
        </w:rPr>
        <w:t xml:space="preserve">, privaloma pridėti jų raštiškus sutikimus, apimančius RTVIC socialinius tinklus ir nurodytus naudojimo tikslus. </w:t>
      </w:r>
      <w:r w:rsidRPr="78834E86" w:rsidR="514D7D21">
        <w:rPr>
          <w:sz w:val="22"/>
          <w:szCs w:val="22"/>
          <w:lang w:val="lt-LT"/>
        </w:rPr>
        <w:t>Jie gali būti laisvos formos, nurodant asmenį, leidžiamus duomenis, naudojimo tikslus, kanalus, terminą ir teisę atšaukti sutikimą;</w:t>
      </w:r>
      <w:r w:rsidRPr="78834E86" w:rsidR="514D7D21">
        <w:rPr>
          <w:sz w:val="22"/>
          <w:szCs w:val="22"/>
          <w:lang w:val="lt-LT"/>
        </w:rPr>
        <w:t xml:space="preserve"> kito nepilnamečio atveju reikalingas jo teisėto atstovo sutikimas.</w:t>
      </w:r>
      <w:r w:rsidRPr="78834E86" w:rsidR="514D7D21">
        <w:rPr>
          <w:sz w:val="22"/>
          <w:szCs w:val="22"/>
          <w:lang w:val="lt-LT"/>
        </w:rPr>
        <w:t xml:space="preserve"> Nepateikus p</w:t>
      </w:r>
      <w:r w:rsidRPr="78834E86" w:rsidR="514D7D21">
        <w:rPr>
          <w:sz w:val="22"/>
          <w:szCs w:val="22"/>
          <w:lang w:val="lt-LT"/>
        </w:rPr>
        <w:t>rivalomų pasirašytų dokumentų arba pateikus atpažįstamų asmenų atvaizdus, balsus ar kitus duomenis be reikiamų sutikimų, darbas konkurse nedalyvauja ir nevertinamas. Atsisakymas sutikti vi</w:t>
      </w:r>
      <w:r w:rsidRPr="78834E86" w:rsidR="514D7D21">
        <w:rPr>
          <w:sz w:val="22"/>
          <w:szCs w:val="22"/>
          <w:lang w:val="lt-LT"/>
        </w:rPr>
        <w:t>ešinti pats savaime nėra pagrindas pašalinti iš konkurso, jei medžiaga atitinka šį pasirinkimą.</w:t>
      </w:r>
    </w:p>
    <w:p w:rsidRPr="00482E81" w:rsidR="00C91919" w:rsidP="2E143ADE" w:rsidRDefault="00187077" w14:paraId="3BC96CE1" w14:textId="77777777">
      <w:pPr>
        <w:pStyle w:val="ListNumber"/>
        <w:rPr>
          <w:sz w:val="22"/>
          <w:szCs w:val="22"/>
          <w:lang w:val="lt-LT"/>
        </w:rPr>
      </w:pPr>
      <w:r w:rsidRPr="2E143ADE" w:rsidR="00187077">
        <w:rPr>
          <w:sz w:val="22"/>
          <w:szCs w:val="22"/>
          <w:lang w:val="lt-LT"/>
        </w:rPr>
        <w:t>Komandų kontaktai naudojami konkurso organizavimui ir prizų perdavimui. Detalesnę privatumo informaciją ir kontaktą duomenų klausimais Organizatorius pateikia registracijos metu.</w:t>
      </w:r>
    </w:p>
    <w:p w:rsidRPr="003D144D" w:rsidR="00C91919" w:rsidRDefault="00187077" w14:paraId="3962CBB4" w14:textId="77777777">
      <w:pPr>
        <w:pStyle w:val="Heading1"/>
        <w:rPr>
          <w:lang w:val="lt-LT"/>
        </w:rPr>
      </w:pPr>
      <w:r w:rsidRPr="003D144D">
        <w:rPr>
          <w:lang w:val="lt-LT"/>
        </w:rPr>
        <w:t>9. Kontaktai</w:t>
      </w:r>
    </w:p>
    <w:p w:rsidR="5A1D6611" w:rsidP="213291C1" w:rsidRDefault="5A1D6611" w14:paraId="51EB600E" w14:textId="50B44CA0">
      <w:pPr>
        <w:rPr>
          <w:rFonts w:ascii="Aptos" w:hAnsi="Aptos" w:eastAsia="Aptos" w:cs="Aptos"/>
          <w:b w:val="0"/>
          <w:bCs w:val="0"/>
          <w:i w:val="0"/>
          <w:iCs w:val="0"/>
          <w:caps w:val="0"/>
          <w:smallCaps w:val="0"/>
          <w:noProof w:val="0"/>
          <w:color w:val="000000" w:themeColor="text1" w:themeTint="FF" w:themeShade="FF"/>
          <w:sz w:val="22"/>
          <w:szCs w:val="22"/>
          <w:lang w:val="lt-LT"/>
        </w:rPr>
      </w:pPr>
      <w:r w:rsidRPr="213291C1" w:rsidR="5A1D6611">
        <w:rPr>
          <w:sz w:val="22"/>
          <w:szCs w:val="22"/>
          <w:lang w:val="lt-LT"/>
        </w:rPr>
        <w:t>Klausimai dėl konkur</w:t>
      </w:r>
      <w:r w:rsidRPr="213291C1" w:rsidR="5A1D6611">
        <w:rPr>
          <w:sz w:val="22"/>
          <w:szCs w:val="22"/>
          <w:lang w:val="lt-LT"/>
        </w:rPr>
        <w:t xml:space="preserve">so: </w:t>
      </w:r>
      <w:r w:rsidRPr="213291C1" w:rsidR="302EC2F4">
        <w:rPr>
          <w:rFonts w:ascii="Aptos" w:hAnsi="Aptos" w:eastAsia="Aptos" w:cs="Aptos"/>
          <w:b w:val="0"/>
          <w:bCs w:val="0"/>
          <w:i w:val="0"/>
          <w:iCs w:val="0"/>
          <w:caps w:val="0"/>
          <w:smallCaps w:val="0"/>
          <w:noProof w:val="0"/>
          <w:color w:val="000000" w:themeColor="text1" w:themeTint="FF" w:themeShade="FF"/>
          <w:sz w:val="22"/>
          <w:szCs w:val="22"/>
          <w:lang w:val="lt-LT"/>
        </w:rPr>
        <w:t xml:space="preserve">Martynas Vyšniauskas, tel. +370 699 47916, </w:t>
      </w:r>
      <w:r w:rsidRPr="213291C1" w:rsidR="302EC2F4">
        <w:rPr>
          <w:rFonts w:ascii="Aptos" w:hAnsi="Aptos" w:eastAsia="Aptos" w:cs="Aptos"/>
          <w:b w:val="0"/>
          <w:bCs w:val="0"/>
          <w:i w:val="0"/>
          <w:iCs w:val="0"/>
          <w:caps w:val="0"/>
          <w:smallCaps w:val="0"/>
          <w:noProof w:val="0"/>
          <w:color w:val="000000" w:themeColor="text1" w:themeTint="FF" w:themeShade="FF"/>
          <w:sz w:val="22"/>
          <w:szCs w:val="22"/>
          <w:lang w:val="lt-LT"/>
        </w:rPr>
        <w:t>el.p</w:t>
      </w:r>
      <w:r w:rsidRPr="213291C1" w:rsidR="302EC2F4">
        <w:rPr>
          <w:rFonts w:ascii="Aptos" w:hAnsi="Aptos" w:eastAsia="Aptos" w:cs="Aptos"/>
          <w:b w:val="0"/>
          <w:bCs w:val="0"/>
          <w:i w:val="0"/>
          <w:iCs w:val="0"/>
          <w:caps w:val="0"/>
          <w:smallCaps w:val="0"/>
          <w:noProof w:val="0"/>
          <w:color w:val="000000" w:themeColor="text1" w:themeTint="FF" w:themeShade="FF"/>
          <w:sz w:val="22"/>
          <w:szCs w:val="22"/>
          <w:lang w:val="lt-LT"/>
        </w:rPr>
        <w:t xml:space="preserve">. </w:t>
      </w:r>
      <w:r w:rsidRPr="213291C1" w:rsidR="302EC2F4">
        <w:rPr>
          <w:rFonts w:ascii="Aptos" w:hAnsi="Aptos" w:eastAsia="Aptos" w:cs="Aptos"/>
          <w:b w:val="0"/>
          <w:bCs w:val="0"/>
          <w:i w:val="0"/>
          <w:iCs w:val="0"/>
          <w:caps w:val="0"/>
          <w:smallCaps w:val="0"/>
          <w:noProof w:val="0"/>
          <w:color w:val="000000" w:themeColor="text1" w:themeTint="FF" w:themeShade="FF"/>
          <w:sz w:val="22"/>
          <w:szCs w:val="22"/>
          <w:lang w:val="lt-LT"/>
        </w:rPr>
        <w:t>direktorius@rietavotvic.lt</w:t>
      </w:r>
    </w:p>
    <w:p w:rsidR="213291C1" w:rsidP="213291C1" w:rsidRDefault="213291C1" w14:paraId="767A9208" w14:textId="46F13CDF">
      <w:pPr>
        <w:rPr>
          <w:sz w:val="22"/>
          <w:szCs w:val="22"/>
          <w:highlight w:val="yellow"/>
          <w:lang w:val="lt-LT"/>
        </w:rPr>
      </w:pPr>
    </w:p>
    <w:p w:rsidR="00482E81" w:rsidRDefault="00482E81" w14:paraId="0435BC36" w14:textId="77777777">
      <w:pPr>
        <w:rPr>
          <w:i/>
          <w:iCs/>
          <w:sz w:val="22"/>
          <w:lang w:val="lt-LT"/>
        </w:rPr>
      </w:pPr>
    </w:p>
    <w:p w:rsidR="00482E81" w:rsidRDefault="00482E81" w14:paraId="461E97FD" w14:textId="77777777">
      <w:pPr>
        <w:rPr>
          <w:i/>
          <w:iCs/>
          <w:sz w:val="22"/>
          <w:lang w:val="lt-LT"/>
        </w:rPr>
      </w:pPr>
    </w:p>
    <w:p w:rsidR="00482E81" w:rsidRDefault="009E0113" w14:paraId="5055A12E" w14:textId="409874D1">
      <w:pPr>
        <w:rPr>
          <w:i/>
          <w:iCs/>
          <w:sz w:val="22"/>
          <w:lang w:val="lt-LT"/>
        </w:rPr>
      </w:pPr>
      <w:r>
        <w:rPr>
          <w:i/>
          <w:iCs/>
          <w:sz w:val="22"/>
          <w:lang w:val="lt-LT"/>
        </w:rPr>
        <w:t>______</w:t>
      </w:r>
    </w:p>
    <w:p w:rsidRPr="00482E81" w:rsidR="00C91919" w:rsidRDefault="00187077" w14:paraId="56B9E2CF" w14:textId="1EB99353">
      <w:pPr>
        <w:rPr>
          <w:i/>
          <w:iCs/>
          <w:sz w:val="22"/>
          <w:lang w:val="lt-LT"/>
        </w:rPr>
      </w:pPr>
      <w:r w:rsidRPr="00482E81">
        <w:rPr>
          <w:i/>
          <w:iCs/>
          <w:sz w:val="22"/>
          <w:lang w:val="lt-LT"/>
        </w:rPr>
        <w:t>Projektas BRIDGE „</w:t>
      </w:r>
      <w:proofErr w:type="spellStart"/>
      <w:r w:rsidRPr="00482E81">
        <w:rPr>
          <w:i/>
          <w:iCs/>
          <w:sz w:val="22"/>
          <w:lang w:val="lt-LT"/>
        </w:rPr>
        <w:t>Cultural</w:t>
      </w:r>
      <w:proofErr w:type="spellEnd"/>
      <w:r w:rsidRPr="00482E81">
        <w:rPr>
          <w:i/>
          <w:iCs/>
          <w:sz w:val="22"/>
          <w:lang w:val="lt-LT"/>
        </w:rPr>
        <w:t xml:space="preserve"> </w:t>
      </w:r>
      <w:proofErr w:type="spellStart"/>
      <w:r w:rsidRPr="00482E81">
        <w:rPr>
          <w:i/>
          <w:iCs/>
          <w:sz w:val="22"/>
          <w:lang w:val="lt-LT"/>
        </w:rPr>
        <w:t>and</w:t>
      </w:r>
      <w:proofErr w:type="spellEnd"/>
      <w:r w:rsidRPr="00482E81">
        <w:rPr>
          <w:i/>
          <w:iCs/>
          <w:sz w:val="22"/>
          <w:lang w:val="lt-LT"/>
        </w:rPr>
        <w:t xml:space="preserve"> </w:t>
      </w:r>
      <w:proofErr w:type="spellStart"/>
      <w:r w:rsidRPr="00482E81">
        <w:rPr>
          <w:i/>
          <w:iCs/>
          <w:sz w:val="22"/>
          <w:lang w:val="lt-LT"/>
        </w:rPr>
        <w:t>tourism</w:t>
      </w:r>
      <w:proofErr w:type="spellEnd"/>
      <w:r w:rsidRPr="00482E81">
        <w:rPr>
          <w:i/>
          <w:iCs/>
          <w:sz w:val="22"/>
          <w:lang w:val="lt-LT"/>
        </w:rPr>
        <w:t xml:space="preserve"> </w:t>
      </w:r>
      <w:proofErr w:type="spellStart"/>
      <w:r w:rsidRPr="00482E81">
        <w:rPr>
          <w:i/>
          <w:iCs/>
          <w:sz w:val="22"/>
          <w:lang w:val="lt-LT"/>
        </w:rPr>
        <w:t>education</w:t>
      </w:r>
      <w:proofErr w:type="spellEnd"/>
      <w:r w:rsidRPr="00482E81">
        <w:rPr>
          <w:i/>
          <w:iCs/>
          <w:sz w:val="22"/>
          <w:lang w:val="lt-LT"/>
        </w:rPr>
        <w:t xml:space="preserve"> </w:t>
      </w:r>
      <w:proofErr w:type="spellStart"/>
      <w:r w:rsidRPr="00482E81">
        <w:rPr>
          <w:i/>
          <w:iCs/>
          <w:sz w:val="22"/>
          <w:lang w:val="lt-LT"/>
        </w:rPr>
        <w:t>as</w:t>
      </w:r>
      <w:proofErr w:type="spellEnd"/>
      <w:r w:rsidRPr="00482E81">
        <w:rPr>
          <w:i/>
          <w:iCs/>
          <w:sz w:val="22"/>
          <w:lang w:val="lt-LT"/>
        </w:rPr>
        <w:t xml:space="preserve"> a </w:t>
      </w:r>
      <w:proofErr w:type="spellStart"/>
      <w:r w:rsidRPr="00482E81">
        <w:rPr>
          <w:i/>
          <w:iCs/>
          <w:sz w:val="22"/>
          <w:lang w:val="lt-LT"/>
        </w:rPr>
        <w:t>bridge</w:t>
      </w:r>
      <w:proofErr w:type="spellEnd"/>
      <w:r w:rsidRPr="00482E81">
        <w:rPr>
          <w:i/>
          <w:iCs/>
          <w:sz w:val="22"/>
          <w:lang w:val="lt-LT"/>
        </w:rPr>
        <w:t xml:space="preserve"> </w:t>
      </w:r>
      <w:proofErr w:type="spellStart"/>
      <w:r w:rsidRPr="00482E81">
        <w:rPr>
          <w:i/>
          <w:iCs/>
          <w:sz w:val="22"/>
          <w:lang w:val="lt-LT"/>
        </w:rPr>
        <w:t>for</w:t>
      </w:r>
      <w:proofErr w:type="spellEnd"/>
      <w:r w:rsidRPr="00482E81">
        <w:rPr>
          <w:i/>
          <w:iCs/>
          <w:sz w:val="22"/>
          <w:lang w:val="lt-LT"/>
        </w:rPr>
        <w:t xml:space="preserve"> </w:t>
      </w:r>
      <w:proofErr w:type="spellStart"/>
      <w:r w:rsidRPr="00482E81">
        <w:rPr>
          <w:i/>
          <w:iCs/>
          <w:sz w:val="22"/>
          <w:lang w:val="lt-LT"/>
        </w:rPr>
        <w:t>cross-border</w:t>
      </w:r>
      <w:proofErr w:type="spellEnd"/>
      <w:r w:rsidRPr="00482E81">
        <w:rPr>
          <w:i/>
          <w:iCs/>
          <w:sz w:val="22"/>
          <w:lang w:val="lt-LT"/>
        </w:rPr>
        <w:t xml:space="preserve"> </w:t>
      </w:r>
      <w:proofErr w:type="spellStart"/>
      <w:r w:rsidRPr="00482E81">
        <w:rPr>
          <w:i/>
          <w:iCs/>
          <w:sz w:val="22"/>
          <w:lang w:val="lt-LT"/>
        </w:rPr>
        <w:t>cooperation</w:t>
      </w:r>
      <w:proofErr w:type="spellEnd"/>
      <w:r w:rsidRPr="00482E81">
        <w:rPr>
          <w:i/>
          <w:iCs/>
          <w:sz w:val="22"/>
          <w:lang w:val="lt-LT"/>
        </w:rPr>
        <w:t xml:space="preserve">, </w:t>
      </w:r>
      <w:proofErr w:type="spellStart"/>
      <w:r w:rsidRPr="00482E81">
        <w:rPr>
          <w:i/>
          <w:iCs/>
          <w:sz w:val="22"/>
          <w:lang w:val="lt-LT"/>
        </w:rPr>
        <w:t>networking</w:t>
      </w:r>
      <w:proofErr w:type="spellEnd"/>
      <w:r w:rsidRPr="00482E81">
        <w:rPr>
          <w:i/>
          <w:iCs/>
          <w:sz w:val="22"/>
          <w:lang w:val="lt-LT"/>
        </w:rPr>
        <w:t xml:space="preserve">, </w:t>
      </w:r>
      <w:proofErr w:type="spellStart"/>
      <w:r w:rsidRPr="00482E81">
        <w:rPr>
          <w:i/>
          <w:iCs/>
          <w:sz w:val="22"/>
          <w:lang w:val="lt-LT"/>
        </w:rPr>
        <w:t>and</w:t>
      </w:r>
      <w:proofErr w:type="spellEnd"/>
      <w:r w:rsidRPr="00482E81">
        <w:rPr>
          <w:i/>
          <w:iCs/>
          <w:sz w:val="22"/>
          <w:lang w:val="lt-LT"/>
        </w:rPr>
        <w:t xml:space="preserve"> </w:t>
      </w:r>
      <w:proofErr w:type="spellStart"/>
      <w:r w:rsidRPr="00482E81">
        <w:rPr>
          <w:i/>
          <w:iCs/>
          <w:sz w:val="22"/>
          <w:lang w:val="lt-LT"/>
        </w:rPr>
        <w:t>developing</w:t>
      </w:r>
      <w:proofErr w:type="spellEnd"/>
      <w:r w:rsidRPr="00482E81">
        <w:rPr>
          <w:i/>
          <w:iCs/>
          <w:sz w:val="22"/>
          <w:lang w:val="lt-LT"/>
        </w:rPr>
        <w:t xml:space="preserve"> </w:t>
      </w:r>
      <w:proofErr w:type="spellStart"/>
      <w:r w:rsidRPr="00482E81">
        <w:rPr>
          <w:i/>
          <w:iCs/>
          <w:sz w:val="22"/>
          <w:lang w:val="lt-LT"/>
        </w:rPr>
        <w:t>relationships</w:t>
      </w:r>
      <w:proofErr w:type="spellEnd"/>
      <w:r w:rsidRPr="00482E81">
        <w:rPr>
          <w:i/>
          <w:iCs/>
          <w:sz w:val="22"/>
          <w:lang w:val="lt-LT"/>
        </w:rPr>
        <w:t xml:space="preserve"> </w:t>
      </w:r>
      <w:proofErr w:type="spellStart"/>
      <w:r w:rsidRPr="00482E81">
        <w:rPr>
          <w:i/>
          <w:iCs/>
          <w:sz w:val="22"/>
          <w:lang w:val="lt-LT"/>
        </w:rPr>
        <w:t>with</w:t>
      </w:r>
      <w:proofErr w:type="spellEnd"/>
      <w:r w:rsidRPr="00482E81">
        <w:rPr>
          <w:i/>
          <w:iCs/>
          <w:sz w:val="22"/>
          <w:lang w:val="lt-LT"/>
        </w:rPr>
        <w:t xml:space="preserve"> </w:t>
      </w:r>
      <w:proofErr w:type="spellStart"/>
      <w:r w:rsidRPr="00482E81">
        <w:rPr>
          <w:i/>
          <w:iCs/>
          <w:sz w:val="22"/>
          <w:lang w:val="lt-LT"/>
        </w:rPr>
        <w:t>new</w:t>
      </w:r>
      <w:proofErr w:type="spellEnd"/>
      <w:r w:rsidRPr="00482E81">
        <w:rPr>
          <w:i/>
          <w:iCs/>
          <w:sz w:val="22"/>
          <w:lang w:val="lt-LT"/>
        </w:rPr>
        <w:t xml:space="preserve"> </w:t>
      </w:r>
      <w:proofErr w:type="spellStart"/>
      <w:r w:rsidRPr="00482E81">
        <w:rPr>
          <w:i/>
          <w:iCs/>
          <w:sz w:val="22"/>
          <w:lang w:val="lt-LT"/>
        </w:rPr>
        <w:t>partners</w:t>
      </w:r>
      <w:proofErr w:type="spellEnd"/>
      <w:r w:rsidRPr="00482E81">
        <w:rPr>
          <w:i/>
          <w:iCs/>
          <w:sz w:val="22"/>
          <w:lang w:val="lt-LT"/>
        </w:rPr>
        <w:t xml:space="preserve">“, Nr. STHB.04.01-IP.01-0001/25. Bendrai finansuoja Europos Sąjunga pagal </w:t>
      </w:r>
      <w:proofErr w:type="spellStart"/>
      <w:r w:rsidRPr="00482E81">
        <w:rPr>
          <w:i/>
          <w:iCs/>
          <w:sz w:val="22"/>
          <w:lang w:val="lt-LT"/>
        </w:rPr>
        <w:t>Interreg</w:t>
      </w:r>
      <w:proofErr w:type="spellEnd"/>
      <w:r w:rsidRPr="00482E81">
        <w:rPr>
          <w:i/>
          <w:iCs/>
          <w:sz w:val="22"/>
          <w:lang w:val="lt-LT"/>
        </w:rPr>
        <w:t xml:space="preserve"> Pietų Baltijos programą 2021–2027 m.</w:t>
      </w:r>
    </w:p>
    <w:sectPr w:rsidRPr="00482E81" w:rsidR="00C91919" w:rsidSect="00034616">
      <w:pgSz w:w="12240" w:h="15840" w:orient="portrait"/>
      <w:pgMar w:top="964" w:right="1247" w:bottom="964" w:left="1247"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3a245f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0">
    <w:abstractNumId w:val="9"/>
  </w:num>
  <w:num w:numId="1" w16cid:durableId="484473669">
    <w:abstractNumId w:val="8"/>
  </w:num>
  <w:num w:numId="2" w16cid:durableId="410078981">
    <w:abstractNumId w:val="6"/>
  </w:num>
  <w:num w:numId="3" w16cid:durableId="799736031">
    <w:abstractNumId w:val="5"/>
  </w:num>
  <w:num w:numId="4" w16cid:durableId="557395172">
    <w:abstractNumId w:val="4"/>
  </w:num>
  <w:num w:numId="5" w16cid:durableId="538861681">
    <w:abstractNumId w:val="7"/>
  </w:num>
  <w:num w:numId="6" w16cid:durableId="2082604696">
    <w:abstractNumId w:val="3"/>
  </w:num>
  <w:num w:numId="7" w16cid:durableId="1767530945">
    <w:abstractNumId w:val="2"/>
  </w:num>
  <w:num w:numId="8" w16cid:durableId="1144852211">
    <w:abstractNumId w:val="1"/>
  </w:num>
  <w:num w:numId="9" w16cid:durableId="510216127">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dirty"/>
  <w:trackRevisions w:val="false"/>
  <w:defaultTabStop w:val="720"/>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423C"/>
    <w:rsid w:val="00034616"/>
    <w:rsid w:val="0006063C"/>
    <w:rsid w:val="0014118A"/>
    <w:rsid w:val="00147488"/>
    <w:rsid w:val="0015074B"/>
    <w:rsid w:val="001840FD"/>
    <w:rsid w:val="00187077"/>
    <w:rsid w:val="0029639D"/>
    <w:rsid w:val="00326F90"/>
    <w:rsid w:val="003D144D"/>
    <w:rsid w:val="003E717E"/>
    <w:rsid w:val="00461C26"/>
    <w:rsid w:val="00482E81"/>
    <w:rsid w:val="005E510E"/>
    <w:rsid w:val="00646BD4"/>
    <w:rsid w:val="008257C0"/>
    <w:rsid w:val="008D0EEC"/>
    <w:rsid w:val="009C3FA4"/>
    <w:rsid w:val="009E0113"/>
    <w:rsid w:val="00A80451"/>
    <w:rsid w:val="00AA1D8D"/>
    <w:rsid w:val="00B47730"/>
    <w:rsid w:val="00C91919"/>
    <w:rsid w:val="00CB0664"/>
    <w:rsid w:val="00CD5DBF"/>
    <w:rsid w:val="00D0767E"/>
    <w:rsid w:val="00D21ECD"/>
    <w:rsid w:val="00D50404"/>
    <w:rsid w:val="00E65A90"/>
    <w:rsid w:val="00E75A24"/>
    <w:rsid w:val="00ECAB0B"/>
    <w:rsid w:val="00FC693F"/>
    <w:rsid w:val="00FF6589"/>
    <w:rsid w:val="01693BF8"/>
    <w:rsid w:val="025839C0"/>
    <w:rsid w:val="027C8226"/>
    <w:rsid w:val="06293C1D"/>
    <w:rsid w:val="068F1499"/>
    <w:rsid w:val="068F1499"/>
    <w:rsid w:val="07613853"/>
    <w:rsid w:val="07F4DD85"/>
    <w:rsid w:val="08CEFA44"/>
    <w:rsid w:val="097428C9"/>
    <w:rsid w:val="0979FC8A"/>
    <w:rsid w:val="09BE115A"/>
    <w:rsid w:val="0A46E70A"/>
    <w:rsid w:val="0B41FD0C"/>
    <w:rsid w:val="0B65013C"/>
    <w:rsid w:val="0D6D6E16"/>
    <w:rsid w:val="101FE821"/>
    <w:rsid w:val="114AB5F3"/>
    <w:rsid w:val="120C604C"/>
    <w:rsid w:val="12319195"/>
    <w:rsid w:val="12529B1E"/>
    <w:rsid w:val="133BECD6"/>
    <w:rsid w:val="134D8CA6"/>
    <w:rsid w:val="13E9FA25"/>
    <w:rsid w:val="151FB183"/>
    <w:rsid w:val="1722C572"/>
    <w:rsid w:val="18037F24"/>
    <w:rsid w:val="18E3A345"/>
    <w:rsid w:val="19D45CE0"/>
    <w:rsid w:val="1A2738C7"/>
    <w:rsid w:val="1C8338DF"/>
    <w:rsid w:val="1CE111F8"/>
    <w:rsid w:val="1DE4E61D"/>
    <w:rsid w:val="1EA9A426"/>
    <w:rsid w:val="213291C1"/>
    <w:rsid w:val="228948B0"/>
    <w:rsid w:val="2317138F"/>
    <w:rsid w:val="24563A4E"/>
    <w:rsid w:val="25B30FFE"/>
    <w:rsid w:val="26FC8778"/>
    <w:rsid w:val="27C31883"/>
    <w:rsid w:val="28B81C58"/>
    <w:rsid w:val="2906D527"/>
    <w:rsid w:val="2A0E3553"/>
    <w:rsid w:val="2A8E5697"/>
    <w:rsid w:val="2B252B0A"/>
    <w:rsid w:val="2BE9975C"/>
    <w:rsid w:val="2CD7E627"/>
    <w:rsid w:val="2CD9F3FA"/>
    <w:rsid w:val="2D712B91"/>
    <w:rsid w:val="2E143ADE"/>
    <w:rsid w:val="302EC2F4"/>
    <w:rsid w:val="313261CB"/>
    <w:rsid w:val="31D79125"/>
    <w:rsid w:val="325A4A3D"/>
    <w:rsid w:val="33158B32"/>
    <w:rsid w:val="33EBBCF5"/>
    <w:rsid w:val="34156C08"/>
    <w:rsid w:val="3563CDA5"/>
    <w:rsid w:val="35BCC323"/>
    <w:rsid w:val="3677B0AD"/>
    <w:rsid w:val="384E47EC"/>
    <w:rsid w:val="399234D6"/>
    <w:rsid w:val="399E8212"/>
    <w:rsid w:val="3D41A726"/>
    <w:rsid w:val="3DA96047"/>
    <w:rsid w:val="3DF0719C"/>
    <w:rsid w:val="41B8D2D9"/>
    <w:rsid w:val="42D5D07B"/>
    <w:rsid w:val="433D6EF1"/>
    <w:rsid w:val="455F2C8A"/>
    <w:rsid w:val="466D9E2C"/>
    <w:rsid w:val="46F3D2B9"/>
    <w:rsid w:val="484ECBA1"/>
    <w:rsid w:val="48DDD799"/>
    <w:rsid w:val="49C41EF8"/>
    <w:rsid w:val="49FD3DD2"/>
    <w:rsid w:val="4C86C378"/>
    <w:rsid w:val="4D54AABC"/>
    <w:rsid w:val="4F01DCCA"/>
    <w:rsid w:val="4FD71D7F"/>
    <w:rsid w:val="50588EC8"/>
    <w:rsid w:val="50BD531D"/>
    <w:rsid w:val="51112153"/>
    <w:rsid w:val="511D6873"/>
    <w:rsid w:val="514D7D21"/>
    <w:rsid w:val="524B96DC"/>
    <w:rsid w:val="55B1C348"/>
    <w:rsid w:val="579A0223"/>
    <w:rsid w:val="57FBDB12"/>
    <w:rsid w:val="5840A526"/>
    <w:rsid w:val="58DEA685"/>
    <w:rsid w:val="58EB02F7"/>
    <w:rsid w:val="599FDEDB"/>
    <w:rsid w:val="59CCBBC0"/>
    <w:rsid w:val="5A1D6611"/>
    <w:rsid w:val="5A79E3BE"/>
    <w:rsid w:val="5B0D40B8"/>
    <w:rsid w:val="5B4A4275"/>
    <w:rsid w:val="5B5FB110"/>
    <w:rsid w:val="5BA8833E"/>
    <w:rsid w:val="5BD0DEC4"/>
    <w:rsid w:val="5C50DDB4"/>
    <w:rsid w:val="5C9C6361"/>
    <w:rsid w:val="5CA3198D"/>
    <w:rsid w:val="5CD2F2B8"/>
    <w:rsid w:val="5D7D5203"/>
    <w:rsid w:val="5E16394D"/>
    <w:rsid w:val="5E3649BD"/>
    <w:rsid w:val="5F34B6C7"/>
    <w:rsid w:val="5FD5FBE8"/>
    <w:rsid w:val="5FF45222"/>
    <w:rsid w:val="61406823"/>
    <w:rsid w:val="6341C270"/>
    <w:rsid w:val="6548D096"/>
    <w:rsid w:val="6554A748"/>
    <w:rsid w:val="6693A349"/>
    <w:rsid w:val="66E66BE6"/>
    <w:rsid w:val="69366DF6"/>
    <w:rsid w:val="696C8A3E"/>
    <w:rsid w:val="6AD85C6F"/>
    <w:rsid w:val="6B99E733"/>
    <w:rsid w:val="6BE4CF45"/>
    <w:rsid w:val="6C6B8568"/>
    <w:rsid w:val="6CD537BA"/>
    <w:rsid w:val="6D6E1CC0"/>
    <w:rsid w:val="71712225"/>
    <w:rsid w:val="749FE897"/>
    <w:rsid w:val="74A7AA83"/>
    <w:rsid w:val="74FDD7A7"/>
    <w:rsid w:val="7868C1F2"/>
    <w:rsid w:val="78834E86"/>
    <w:rsid w:val="7A1F6B2D"/>
    <w:rsid w:val="7BB9A600"/>
    <w:rsid w:val="7BEA2867"/>
    <w:rsid w:val="7F3A9C84"/>
    <w:rsid w:val="7FF8CE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5117FF32-C0EF-4092-8833-5FC9731E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60"/>
    </w:pPr>
    <w:rPr>
      <w:rFonts w:ascii="Calibri" w:hAnsi="Calibri"/>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142C3C"/>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Calibri" w:hAnsi="Calibri"/>
    </w:r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80" w:line="240" w:lineRule="auto"/>
      <w:contextualSpacing/>
    </w:pPr>
    <w:rPr>
      <w:rFonts w:asciiTheme="majorHAnsi" w:hAnsiTheme="majorHAnsi" w:eastAsiaTheme="majorEastAsia" w:cstheme="majorBidi"/>
      <w:color w:val="000000"/>
      <w:spacing w:val="5"/>
      <w:kern w:val="28"/>
      <w:sz w:val="36"/>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r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2423C"/>
    <w:rPr>
      <w:color w:val="0000FF" w:themeColor="hyperlink"/>
      <w:u w:val="single"/>
    </w:rPr>
  </w:style>
  <w:style w:type="character" w:styleId="UnresolvedMention">
    <w:name w:val="Unresolved Mention"/>
    <w:basedOn w:val="DefaultParagraphFont"/>
    <w:uiPriority w:val="99"/>
    <w:semiHidden/>
    <w:unhideWhenUsed/>
    <w:rsid w:val="000242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customXml" Target="../customXml/item4.xml" Id="rId11" /><Relationship Type="http://schemas.openxmlformats.org/officeDocument/2006/relationships/webSettings" Target="webSettings.xml" Id="rId5" /><Relationship Type="http://schemas.openxmlformats.org/officeDocument/2006/relationships/customXml" Target="../customXml/item3.xml" Id="rId10" /><Relationship Type="http://schemas.openxmlformats.org/officeDocument/2006/relationships/settings" Target="settings.xml" Id="rId4" /><Relationship Type="http://schemas.openxmlformats.org/officeDocument/2006/relationships/customXml" Target="../customXml/item2.xml" Id="rId9" /><Relationship Type="http://schemas.microsoft.com/office/2016/09/relationships/commentsIds" Target="commentsIds.xml" Id="R247ed7c35f5c4494" /><Relationship Type="http://schemas.microsoft.com/office/2011/relationships/commentsExtended" Target="commentsExtended.xml" Id="R7cb801d4abbc41cd" /><Relationship Type="http://schemas.microsoft.com/office/2011/relationships/people" Target="people.xml" Id="Rca02195394924bf1" /><Relationship Type="http://schemas.openxmlformats.org/officeDocument/2006/relationships/hyperlink" Target="mailto:info@RietavoTVIC.lt" TargetMode="External" Id="Rf0a3e7f88dc849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as" ma:contentTypeID="0x010100C77FF44722A07C4992CD47B4C0DFD200" ma:contentTypeVersion="13" ma:contentTypeDescription="Kurkite naują dokumentą." ma:contentTypeScope="" ma:versionID="895ba6a5cc578adea38e7cef528edb60">
  <xsd:schema xmlns:xsd="http://www.w3.org/2001/XMLSchema" xmlns:xs="http://www.w3.org/2001/XMLSchema" xmlns:p="http://schemas.microsoft.com/office/2006/metadata/properties" xmlns:ns2="7f236ecf-0499-4517-9015-be753c02fcfd" xmlns:ns3="86c82b03-8bbf-4e9e-b4ac-9f1023d8c49e" targetNamespace="http://schemas.microsoft.com/office/2006/metadata/properties" ma:root="true" ma:fieldsID="60ad3bb2fee0862ba3d6990831eeb66e" ns2:_="" ns3:_="">
    <xsd:import namespace="7f236ecf-0499-4517-9015-be753c02fcfd"/>
    <xsd:import namespace="86c82b03-8bbf-4e9e-b4ac-9f1023d8c49e"/>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36ecf-0499-4517-9015-be753c02fcfd"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5" nillable="true" ma:displayName="Taxonomy Catch All Column" ma:hidden="true" ma:list="{db4e30e8-961c-494d-abdc-4375de89e246}" ma:internalName="TaxCatchAll" ma:showField="CatchAllData" ma:web="7f236ecf-0499-4517-9015-be753c02fc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6c82b03-8bbf-4e9e-b4ac-9f1023d8c49e"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48abd7bc-99ea-4f3a-b7d0-d923993ec4b8"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f236ecf-0499-4517-9015-be753c02fcfd" xsi:nil="true"/>
    <lcf76f155ced4ddcb4097134ff3c332f xmlns="86c82b03-8bbf-4e9e-b4ac-9f1023d8c49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4DC4B5A7-30E4-45AE-B645-D14C56B09C65}"/>
</file>

<file path=customXml/itemProps3.xml><?xml version="1.0" encoding="utf-8"?>
<ds:datastoreItem xmlns:ds="http://schemas.openxmlformats.org/officeDocument/2006/customXml" ds:itemID="{07F296B4-C334-4F39-A8C8-BF4E0B30471C}"/>
</file>

<file path=customXml/itemProps4.xml><?xml version="1.0" encoding="utf-8"?>
<ds:datastoreItem xmlns:ds="http://schemas.openxmlformats.org/officeDocument/2006/customXml" ds:itemID="{A0C5F93C-435C-414C-BC8F-60E72567D6D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Rasa Baliulevičienė</lastModifiedBy>
  <revision>26</revision>
  <dcterms:created xsi:type="dcterms:W3CDTF">2013-12-23T23:15:00.0000000Z</dcterms:created>
  <dcterms:modified xsi:type="dcterms:W3CDTF">2026-10-16T14:53:07.6221741Z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0x010100C77FF44722A07C4992CD47B4C0DFD200</vt:lpwstr>
  </property>
  <property fmtid="{D5CDD505-2E9C-101B-9397-08002B2CF9AE}" pid="3" name="MediaServiceImageTags">
    <vt:lpwstr/>
  </property>
</Properties>
</file>