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Pr="00164F15" w:rsidR="00324456" w:rsidRDefault="008728B1" w14:paraId="1F79DE53" w14:textId="004A4F87">
      <w:pPr>
        <w:pStyle w:val="Title"/>
      </w:pPr>
      <w:r w:rsidRPr="00164F15">
        <w:rPr>
          <w:b/>
          <w:bCs/>
          <w:noProof/>
          <w:color w:val="1F497D" w:themeColor="text2"/>
          <w:lang w:val="lt-LT"/>
        </w:rPr>
        <w:drawing>
          <wp:anchor distT="0" distB="0" distL="114300" distR="114300" simplePos="0" relativeHeight="251658752" behindDoc="1" locked="0" layoutInCell="1" allowOverlap="1" wp14:anchorId="70C1403D" wp14:editId="098D0C6D">
            <wp:simplePos x="0" y="0"/>
            <wp:positionH relativeFrom="column">
              <wp:align>right</wp:align>
            </wp:positionH>
            <wp:positionV relativeFrom="paragraph">
              <wp:posOffset>-132371</wp:posOffset>
            </wp:positionV>
            <wp:extent cx="2644775" cy="1151890"/>
            <wp:effectExtent l="0" t="0" r="3175" b="0"/>
            <wp:wrapNone/>
            <wp:docPr id="20650477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65047758" name="Picture 2065047758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44775" cy="1151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4F15" w:rsidR="5B085341">
        <w:rPr>
          <w:b w:val="1"/>
          <w:bCs w:val="1"/>
          <w:color w:val="1F497D" w:themeColor="text2"/>
          <w:lang w:val="lt-LT"/>
        </w:rPr>
        <w:t>Tėvų sutikim</w:t>
      </w:r>
      <w:r w:rsidRPr="5AA0A47D" w:rsidR="6D591F7D">
        <w:rPr>
          <w:b w:val="1"/>
          <w:bCs w:val="1"/>
          <w:color w:val="1F487C" w:themeColor="text2" w:themeTint="FF" w:themeShade="FF"/>
          <w:lang w:val="lt-LT"/>
        </w:rPr>
        <w:t>as</w:t>
      </w:r>
      <w:r w:rsidRPr="5AA0A47D" w:rsidR="5B085341">
        <w:rPr>
          <w:b w:val="1"/>
          <w:bCs w:val="1"/>
          <w:color w:val="1F487C" w:themeColor="text2" w:themeTint="FF" w:themeShade="FF"/>
          <w:lang w:val="lt-LT"/>
        </w:rPr>
        <w:t xml:space="preserve"> dėl vaiko atvaizdo </w:t>
      </w:r>
    </w:p>
    <w:p w:rsidRPr="00164F15" w:rsidR="00324456" w:rsidRDefault="008728B1" w14:paraId="502BB50C" w14:textId="107962DE">
      <w:pPr>
        <w:pStyle w:val="Title"/>
        <w:rPr>
          <w:b w:val="1"/>
          <w:bCs w:val="1"/>
          <w:color w:val="1F497D" w:themeColor="text2"/>
          <w:lang w:val="lt-LT"/>
        </w:rPr>
      </w:pPr>
      <w:r w:rsidRPr="5AA0A47D" w:rsidR="5B085341">
        <w:rPr>
          <w:b w:val="1"/>
          <w:bCs w:val="1"/>
          <w:color w:val="1F487C" w:themeColor="text2" w:themeTint="FF" w:themeShade="FF"/>
          <w:lang w:val="lt-LT"/>
        </w:rPr>
        <w:t xml:space="preserve">ir duomenų viešinimo </w:t>
      </w:r>
    </w:p>
    <w:p w:rsidRPr="00164F15" w:rsidR="00B856AD" w:rsidP="5AA0A47D" w:rsidRDefault="009710A5" w14:paraId="24CD89DA" w14:textId="50F5F89A">
      <w:pPr>
        <w:rPr>
          <w:rFonts w:ascii="Calibri" w:hAnsi="Calibri" w:cs="Calibri" w:asciiTheme="majorAscii" w:hAnsiTheme="majorAscii" w:cstheme="majorAscii"/>
          <w:sz w:val="22"/>
          <w:szCs w:val="22"/>
          <w:lang w:val="lt-LT"/>
        </w:rPr>
      </w:pPr>
      <w:r w:rsidRPr="5AA0A47D" w:rsidR="009710A5">
        <w:rPr>
          <w:rFonts w:ascii="Calibri" w:hAnsi="Calibri" w:cs="Calibri" w:asciiTheme="majorAscii" w:hAnsiTheme="majorAscii" w:cstheme="majorAscii"/>
          <w:b w:val="1"/>
          <w:bCs w:val="1"/>
          <w:sz w:val="22"/>
          <w:szCs w:val="22"/>
          <w:lang w:val="lt-LT"/>
        </w:rPr>
        <w:t xml:space="preserve">Mokinių konkursas </w:t>
      </w:r>
      <w:r>
        <w:br/>
      </w:r>
      <w:r w:rsidRPr="5AA0A47D" w:rsidR="009710A5">
        <w:rPr>
          <w:rFonts w:ascii="Calibri" w:hAnsi="Calibri" w:cs="Calibri" w:asciiTheme="majorAscii" w:hAnsiTheme="majorAscii" w:cstheme="majorAscii"/>
          <w:b w:val="1"/>
          <w:bCs w:val="1"/>
          <w:sz w:val="22"/>
          <w:szCs w:val="22"/>
          <w:lang w:val="lt-LT"/>
        </w:rPr>
        <w:t>„Istorijos detektyvai</w:t>
      </w:r>
      <w:r w:rsidRPr="5AA0A47D" w:rsidR="49C7302F">
        <w:rPr>
          <w:rFonts w:ascii="Calibri" w:hAnsi="Calibri" w:cs="Calibri" w:asciiTheme="majorAscii" w:hAnsiTheme="majorAscii" w:cstheme="majorAscii"/>
          <w:b w:val="1"/>
          <w:bCs w:val="1"/>
          <w:sz w:val="22"/>
          <w:szCs w:val="22"/>
          <w:lang w:val="lt-LT"/>
        </w:rPr>
        <w:t>:</w:t>
      </w:r>
      <w:r w:rsidRPr="5AA0A47D" w:rsidR="009710A5">
        <w:rPr>
          <w:rFonts w:ascii="Calibri" w:hAnsi="Calibri" w:cs="Calibri" w:asciiTheme="majorAscii" w:hAnsiTheme="majorAscii" w:cstheme="majorAscii"/>
          <w:b w:val="1"/>
          <w:bCs w:val="1"/>
          <w:sz w:val="22"/>
          <w:szCs w:val="22"/>
          <w:lang w:val="lt-LT"/>
        </w:rPr>
        <w:t xml:space="preserve"> Ką slepia mano kraštas?“</w:t>
      </w:r>
    </w:p>
    <w:p w:rsidR="45A11522" w:rsidP="5AA0A47D" w:rsidRDefault="45A11522" w14:paraId="61160223" w14:textId="700C71F7">
      <w:pPr>
        <w:pStyle w:val="Normal"/>
        <w:spacing w:line="240" w:lineRule="auto"/>
        <w:rPr>
          <w:rFonts w:ascii="Calibri" w:hAnsi="Calibri" w:cs="Calibri" w:asciiTheme="majorAscii" w:hAnsiTheme="majorAscii" w:cstheme="majorAscii"/>
          <w:i w:val="1"/>
          <w:iCs w:val="1"/>
          <w:sz w:val="20"/>
          <w:szCs w:val="20"/>
          <w:lang w:val="lt-LT"/>
        </w:rPr>
      </w:pPr>
      <w:r w:rsidRPr="5AA0A47D" w:rsidR="45A11522">
        <w:rPr>
          <w:rFonts w:ascii="Calibri" w:hAnsi="Calibri" w:cs="Calibri" w:asciiTheme="majorAscii" w:hAnsiTheme="majorAscii" w:cstheme="majorAscii"/>
          <w:i w:val="1"/>
          <w:iCs w:val="1"/>
          <w:sz w:val="20"/>
          <w:szCs w:val="20"/>
          <w:lang w:val="lt-LT"/>
        </w:rPr>
        <w:t xml:space="preserve"> </w:t>
      </w:r>
    </w:p>
    <w:p w:rsidRPr="00164F15" w:rsidR="00324456" w:rsidP="5AA0A47D" w:rsidRDefault="009710A5" w14:paraId="5C257668" w14:textId="374CC348">
      <w:pPr>
        <w:spacing w:line="240" w:lineRule="auto"/>
      </w:pPr>
      <w:r w:rsidRPr="5AA0A47D" w:rsidR="009710A5">
        <w:rPr>
          <w:rFonts w:ascii="Calibri" w:hAnsi="Calibri" w:cs="Calibri" w:asciiTheme="majorAscii" w:hAnsiTheme="majorAscii" w:cstheme="majorAscii"/>
          <w:sz w:val="22"/>
          <w:szCs w:val="22"/>
          <w:lang w:val="lt-LT"/>
        </w:rPr>
        <w:t xml:space="preserve">Šio sutikimo tikslas – viešinti </w:t>
      </w:r>
      <w:r w:rsidRPr="5AA0A47D" w:rsidR="607C9B52">
        <w:rPr>
          <w:rFonts w:ascii="Calibri" w:hAnsi="Calibri" w:cs="Calibri" w:asciiTheme="majorAscii" w:hAnsiTheme="majorAscii" w:cstheme="majorAscii"/>
          <w:sz w:val="22"/>
          <w:szCs w:val="22"/>
          <w:lang w:val="lt-LT"/>
        </w:rPr>
        <w:t xml:space="preserve">tarptautinio projekto </w:t>
      </w:r>
      <w:r w:rsidRPr="5AA0A47D" w:rsidR="009710A5">
        <w:rPr>
          <w:rFonts w:ascii="Calibri" w:hAnsi="Calibri" w:cs="Calibri" w:asciiTheme="majorAscii" w:hAnsiTheme="majorAscii" w:cstheme="majorAscii"/>
          <w:sz w:val="22"/>
          <w:szCs w:val="22"/>
          <w:lang w:val="lt-LT"/>
        </w:rPr>
        <w:t xml:space="preserve">BRIDGE konkurso veiklas ir rezultatus, kartu pristatant Rietavo </w:t>
      </w:r>
      <w:r w:rsidRPr="5AA0A47D" w:rsidR="00164F15">
        <w:rPr>
          <w:rFonts w:ascii="Calibri" w:hAnsi="Calibri" w:cs="Calibri" w:asciiTheme="majorAscii" w:hAnsiTheme="majorAscii" w:cstheme="majorAscii"/>
          <w:sz w:val="22"/>
          <w:szCs w:val="22"/>
          <w:lang w:val="lt-LT"/>
        </w:rPr>
        <w:t xml:space="preserve">krašto </w:t>
      </w:r>
      <w:r w:rsidRPr="5AA0A47D" w:rsidR="00B856AD">
        <w:rPr>
          <w:rFonts w:ascii="Calibri" w:hAnsi="Calibri" w:cs="Calibri" w:asciiTheme="majorAscii" w:hAnsiTheme="majorAscii" w:cstheme="majorAscii"/>
          <w:sz w:val="22"/>
          <w:szCs w:val="22"/>
          <w:lang w:val="lt-LT"/>
        </w:rPr>
        <w:t>bei Tel</w:t>
      </w:r>
      <w:r w:rsidRPr="5AA0A47D" w:rsidR="00164F15">
        <w:rPr>
          <w:rFonts w:ascii="Calibri" w:hAnsi="Calibri" w:cs="Calibri" w:asciiTheme="majorAscii" w:hAnsiTheme="majorAscii" w:cstheme="majorAscii"/>
          <w:sz w:val="22"/>
          <w:szCs w:val="22"/>
          <w:lang w:val="lt-LT"/>
        </w:rPr>
        <w:t>šių region</w:t>
      </w:r>
      <w:r w:rsidRPr="5AA0A47D" w:rsidR="009710A5">
        <w:rPr>
          <w:rFonts w:ascii="Calibri" w:hAnsi="Calibri" w:cs="Calibri" w:asciiTheme="majorAscii" w:hAnsiTheme="majorAscii" w:cstheme="majorAscii"/>
          <w:sz w:val="22"/>
          <w:szCs w:val="22"/>
          <w:lang w:val="lt-LT"/>
        </w:rPr>
        <w:t xml:space="preserve">o paveldą, lankytinas vietas ir pažintines veiklas turizmo komunikacijoje. </w:t>
      </w:r>
      <w:r w:rsidRPr="5AA0A47D" w:rsidR="009710A5">
        <w:rPr>
          <w:rFonts w:ascii="Calibri" w:hAnsi="Calibri" w:cs="Calibri" w:asciiTheme="majorAscii" w:hAnsiTheme="majorAscii" w:cstheme="majorAscii"/>
          <w:sz w:val="22"/>
          <w:szCs w:val="22"/>
          <w:lang w:val="lt-LT"/>
        </w:rPr>
        <w:t>Sutikimas neapima su šiuo konkursu nesusijusių reklamos kampanijų.</w:t>
      </w:r>
    </w:p>
    <w:p w:rsidR="5AA0A47D" w:rsidP="5AA0A47D" w:rsidRDefault="5AA0A47D" w14:paraId="7E1BC427" w14:textId="42777448">
      <w:pPr>
        <w:spacing w:line="240" w:lineRule="auto"/>
        <w:rPr>
          <w:rFonts w:ascii="Calibri" w:hAnsi="Calibri" w:cs="Calibri" w:asciiTheme="majorAscii" w:hAnsiTheme="majorAscii" w:cstheme="majorAscii"/>
          <w:sz w:val="22"/>
          <w:szCs w:val="22"/>
          <w:lang w:val="lt-LT"/>
        </w:rPr>
      </w:pPr>
    </w:p>
    <w:p w:rsidR="04E23A89" w:rsidP="5AA0A47D" w:rsidRDefault="04E23A89" w14:paraId="302FD4EA" w14:textId="346FE6C8">
      <w:pPr>
        <w:pStyle w:val="Heading1"/>
        <w:spacing w:before="0" w:beforeAutospacing="off"/>
        <w:rPr>
          <w:rFonts w:cs="Calibri" w:cstheme="majorAscii"/>
          <w:sz w:val="22"/>
          <w:szCs w:val="22"/>
          <w:lang w:val="lt-LT"/>
        </w:rPr>
      </w:pPr>
      <w:r w:rsidRPr="5AA0A47D" w:rsidR="04E23A89">
        <w:rPr>
          <w:rFonts w:cs="Calibri" w:cstheme="majorAscii"/>
          <w:sz w:val="22"/>
          <w:szCs w:val="22"/>
          <w:lang w:val="lt-LT"/>
        </w:rPr>
        <w:t>Duomenys, veiksmai ir viešinimo kanalai</w:t>
      </w:r>
    </w:p>
    <w:p w:rsidR="04E23A89" w:rsidP="5AA0A47D" w:rsidRDefault="04E23A89" w14:paraId="5E80EE58" w14:textId="2AB334A4">
      <w:pPr>
        <w:pStyle w:val="Normal"/>
        <w:suppressLineNumbers w:val="0"/>
        <w:bidi w:val="0"/>
        <w:spacing w:before="0" w:beforeAutospacing="off" w:after="80" w:afterAutospacing="off" w:line="276" w:lineRule="auto"/>
        <w:ind w:left="0" w:right="0"/>
        <w:jc w:val="left"/>
        <w:rPr>
          <w:rFonts w:ascii="Calibri" w:hAnsi="Calibri" w:cs="Calibri" w:asciiTheme="majorAscii" w:hAnsiTheme="majorAscii" w:cstheme="majorAscii"/>
          <w:sz w:val="22"/>
          <w:szCs w:val="22"/>
          <w:lang w:val="lt-LT"/>
        </w:rPr>
      </w:pPr>
      <w:r w:rsidRPr="5AA0A47D" w:rsidR="04E23A89">
        <w:rPr>
          <w:rFonts w:ascii="Calibri" w:hAnsi="Calibri" w:cs="Calibri" w:asciiTheme="majorAscii" w:hAnsiTheme="majorAscii" w:cstheme="majorAscii"/>
          <w:sz w:val="22"/>
          <w:szCs w:val="22"/>
          <w:lang w:val="lt-LT"/>
        </w:rPr>
        <w:t>Turinys gali būti viešinamas RTVIC valdomoje interneto svetainėje rietavovic.lt</w:t>
      </w:r>
      <w:r w:rsidRPr="5AA0A47D" w:rsidR="04E23A89">
        <w:rPr>
          <w:rFonts w:ascii="Calibri" w:hAnsi="Calibri" w:cs="Calibri" w:asciiTheme="majorAscii" w:hAnsiTheme="majorAscii" w:cstheme="majorAscii"/>
          <w:sz w:val="22"/>
          <w:szCs w:val="22"/>
          <w:lang w:val="lt-LT"/>
        </w:rPr>
        <w:t xml:space="preserve"> </w:t>
      </w:r>
      <w:r w:rsidRPr="5AA0A47D" w:rsidR="04E23A89">
        <w:rPr>
          <w:rFonts w:ascii="Calibri" w:hAnsi="Calibri" w:cs="Calibri" w:asciiTheme="majorAscii" w:hAnsiTheme="majorAscii" w:cstheme="majorAscii"/>
          <w:sz w:val="22"/>
          <w:szCs w:val="22"/>
          <w:lang w:val="lt-LT"/>
        </w:rPr>
        <w:t>ir</w:t>
      </w:r>
      <w:r w:rsidRPr="5AA0A47D" w:rsidR="04E23A89">
        <w:rPr>
          <w:rFonts w:ascii="Calibri" w:hAnsi="Calibri" w:cs="Calibri" w:asciiTheme="majorAscii" w:hAnsiTheme="majorAscii" w:cstheme="majorAscii"/>
          <w:sz w:val="22"/>
          <w:szCs w:val="22"/>
          <w:lang w:val="lt-LT"/>
        </w:rPr>
        <w:t xml:space="preserve"> </w:t>
      </w:r>
      <w:r w:rsidRPr="5AA0A47D" w:rsidR="04E23A89">
        <w:rPr>
          <w:rFonts w:ascii="Calibri" w:hAnsi="Calibri" w:cs="Calibri" w:asciiTheme="majorAscii" w:hAnsiTheme="majorAscii" w:cstheme="majorAscii"/>
          <w:sz w:val="22"/>
          <w:szCs w:val="22"/>
          <w:lang w:val="lt-LT"/>
        </w:rPr>
        <w:t>visitRietavas.lt</w:t>
      </w:r>
      <w:r w:rsidRPr="5AA0A47D" w:rsidR="04E23A89">
        <w:rPr>
          <w:rFonts w:ascii="Calibri" w:hAnsi="Calibri" w:cs="Calibri" w:asciiTheme="majorAscii" w:hAnsiTheme="majorAscii" w:cstheme="majorAscii"/>
          <w:sz w:val="22"/>
          <w:szCs w:val="22"/>
          <w:lang w:val="lt-LT"/>
        </w:rPr>
        <w:t xml:space="preserve"> </w:t>
      </w:r>
      <w:r w:rsidRPr="5AA0A47D" w:rsidR="04E23A89">
        <w:rPr>
          <w:rFonts w:ascii="Calibri" w:hAnsi="Calibri" w:cs="Calibri" w:asciiTheme="majorAscii" w:hAnsiTheme="majorAscii" w:cstheme="majorAscii"/>
          <w:sz w:val="22"/>
          <w:szCs w:val="22"/>
          <w:lang w:val="lt-LT"/>
        </w:rPr>
        <w:t>bei socialinių tinklų paskyrose, taip pat BRIDGE projekto partnerių valdomose interneto svetainėse bei socialinių tinklų paskyrose, tarptautiniame projekto žemėlapyje, RTVIC ir BRIDGE projekto spausdintuose leidiniuose, lankstinukuose, plakatuose bei pristatymuose renginiuose.</w:t>
      </w:r>
    </w:p>
    <w:p w:rsidR="04E23A89" w:rsidP="5AA0A47D" w:rsidRDefault="04E23A89" w14:paraId="38195F56" w14:textId="3B92CD3F">
      <w:pPr>
        <w:spacing w:before="0" w:beforeAutospacing="off"/>
        <w:rPr>
          <w:rFonts w:cs="Calibri" w:cstheme="majorAscii"/>
          <w:sz w:val="22"/>
          <w:szCs w:val="22"/>
          <w:lang w:val="lt-LT"/>
        </w:rPr>
      </w:pPr>
      <w:r w:rsidRPr="5AA0A47D" w:rsidR="04E23A89">
        <w:rPr>
          <w:rFonts w:ascii="Calibri" w:hAnsi="Calibri" w:cs="Calibri" w:asciiTheme="majorAscii" w:hAnsiTheme="majorAscii" w:cstheme="majorAscii"/>
          <w:sz w:val="22"/>
          <w:szCs w:val="22"/>
          <w:lang w:val="lt-LT"/>
        </w:rPr>
        <w:t xml:space="preserve">Sutikimas apima vaiko fotografavimą ir filmavimą konkurso, apsilankymų bei apdovanojimų metu; pateiktų ir šių veiklų metu sukurtų nuotraukų bei filmukų naudojimą ir viešinimą; vaiko atvaizdo, balso, vardo, pavardės, mokyklos ir komandos pavadinimų skelbimą pirmiau nurodytu tikslu. </w:t>
      </w:r>
    </w:p>
    <w:p w:rsidR="04E23A89" w:rsidP="5AA0A47D" w:rsidRDefault="04E23A89" w14:paraId="7D3C8195" w14:textId="28FC0264">
      <w:pPr>
        <w:rPr>
          <w:rFonts w:ascii="Calibri" w:hAnsi="Calibri" w:cs="Calibri" w:asciiTheme="majorAscii" w:hAnsiTheme="majorAscii" w:cstheme="majorAscii"/>
          <w:sz w:val="22"/>
          <w:szCs w:val="22"/>
          <w:lang w:val="lt-LT"/>
        </w:rPr>
      </w:pPr>
      <w:r w:rsidRPr="12310965" w:rsidR="390AEDBD">
        <w:rPr>
          <w:rFonts w:ascii="Calibri" w:hAnsi="Calibri" w:cs="Calibri" w:asciiTheme="majorAscii" w:hAnsiTheme="majorAscii" w:cstheme="majorAscii"/>
          <w:b w:val="1"/>
          <w:bCs w:val="1"/>
          <w:sz w:val="22"/>
          <w:szCs w:val="22"/>
          <w:lang w:val="lt-LT"/>
        </w:rPr>
        <w:t>BRIDGE projekto partneriai:</w:t>
      </w:r>
      <w:r w:rsidRPr="12310965" w:rsidR="390AEDBD">
        <w:rPr>
          <w:rFonts w:ascii="Calibri" w:hAnsi="Calibri" w:cs="Calibri" w:asciiTheme="majorAscii" w:hAnsiTheme="majorAscii" w:cstheme="majorAscii"/>
          <w:sz w:val="22"/>
          <w:szCs w:val="22"/>
          <w:lang w:val="lt-LT"/>
        </w:rPr>
        <w:t xml:space="preserve"> savivaldybių asociacija „Lenkijos gotikinės pilys“ (Lenkija); </w:t>
      </w:r>
      <w:r w:rsidRPr="12310965" w:rsidR="390AEDBD">
        <w:rPr>
          <w:rFonts w:ascii="Calibri" w:hAnsi="Calibri" w:cs="Calibri" w:asciiTheme="majorAscii" w:hAnsiTheme="majorAscii" w:cstheme="majorAscii"/>
          <w:sz w:val="22"/>
          <w:szCs w:val="22"/>
          <w:lang w:val="lt-LT"/>
        </w:rPr>
        <w:t>Varmijos</w:t>
      </w:r>
      <w:r w:rsidRPr="12310965" w:rsidR="390AEDBD">
        <w:rPr>
          <w:rFonts w:ascii="Calibri" w:hAnsi="Calibri" w:cs="Calibri" w:asciiTheme="majorAscii" w:hAnsiTheme="majorAscii" w:cstheme="majorAscii"/>
          <w:sz w:val="22"/>
          <w:szCs w:val="22"/>
          <w:lang w:val="lt-LT"/>
        </w:rPr>
        <w:t xml:space="preserve"> Mozūrų vaivadijos regioninė turizmo organizacija (Lenkija); </w:t>
      </w:r>
      <w:r w:rsidRPr="12310965" w:rsidR="390AEDBD">
        <w:rPr>
          <w:rFonts w:ascii="Calibri" w:hAnsi="Calibri" w:cs="Calibri" w:asciiTheme="majorAscii" w:hAnsiTheme="majorAscii" w:cstheme="majorAscii"/>
          <w:sz w:val="22"/>
          <w:szCs w:val="22"/>
          <w:lang w:val="lt-LT"/>
        </w:rPr>
        <w:t>Hovdala</w:t>
      </w:r>
      <w:r w:rsidRPr="12310965" w:rsidR="390AEDBD">
        <w:rPr>
          <w:rFonts w:ascii="Calibri" w:hAnsi="Calibri" w:cs="Calibri" w:asciiTheme="majorAscii" w:hAnsiTheme="majorAscii" w:cstheme="majorAscii"/>
          <w:sz w:val="22"/>
          <w:szCs w:val="22"/>
          <w:lang w:val="lt-LT"/>
        </w:rPr>
        <w:t xml:space="preserve"> pilis, </w:t>
      </w:r>
      <w:r w:rsidRPr="12310965" w:rsidR="390AEDBD">
        <w:rPr>
          <w:rFonts w:ascii="Calibri" w:hAnsi="Calibri" w:cs="Calibri" w:asciiTheme="majorAscii" w:hAnsiTheme="majorAscii" w:cstheme="majorAscii"/>
          <w:sz w:val="22"/>
          <w:szCs w:val="22"/>
          <w:lang w:val="lt-LT"/>
        </w:rPr>
        <w:t>Hasleholmo</w:t>
      </w:r>
      <w:r w:rsidRPr="12310965" w:rsidR="390AEDBD">
        <w:rPr>
          <w:rFonts w:ascii="Calibri" w:hAnsi="Calibri" w:cs="Calibri" w:asciiTheme="majorAscii" w:hAnsiTheme="majorAscii" w:cstheme="majorAscii"/>
          <w:sz w:val="22"/>
          <w:szCs w:val="22"/>
          <w:lang w:val="lt-LT"/>
        </w:rPr>
        <w:t xml:space="preserve"> savivaldybė (Švedija); RTVIC (Lietuva). </w:t>
      </w:r>
      <w:r w:rsidRPr="12310965" w:rsidR="390AEDBD">
        <w:rPr>
          <w:rFonts w:ascii="Calibri" w:hAnsi="Calibri" w:cs="Calibri" w:asciiTheme="majorAscii" w:hAnsiTheme="majorAscii" w:cstheme="majorAscii"/>
          <w:b w:val="1"/>
          <w:bCs w:val="1"/>
          <w:sz w:val="22"/>
          <w:szCs w:val="22"/>
          <w:lang w:val="lt-LT"/>
        </w:rPr>
        <w:t>Asocijuoti partneriai</w:t>
      </w:r>
      <w:r w:rsidRPr="12310965" w:rsidR="390AEDBD">
        <w:rPr>
          <w:rFonts w:ascii="Calibri" w:hAnsi="Calibri" w:cs="Calibri" w:asciiTheme="majorAscii" w:hAnsiTheme="majorAscii" w:cstheme="majorAscii"/>
          <w:sz w:val="22"/>
          <w:szCs w:val="22"/>
          <w:lang w:val="lt-LT"/>
        </w:rPr>
        <w:t xml:space="preserve">: </w:t>
      </w:r>
      <w:r w:rsidRPr="12310965" w:rsidR="390AEDBD">
        <w:rPr>
          <w:rFonts w:ascii="Calibri" w:hAnsi="Calibri" w:cs="Calibri" w:asciiTheme="majorAscii" w:hAnsiTheme="majorAscii" w:cstheme="majorAscii"/>
          <w:sz w:val="22"/>
          <w:szCs w:val="22"/>
          <w:lang w:val="lt-LT"/>
        </w:rPr>
        <w:t>Varmijos</w:t>
      </w:r>
      <w:r w:rsidRPr="12310965" w:rsidR="390AEDBD">
        <w:rPr>
          <w:rFonts w:ascii="Calibri" w:hAnsi="Calibri" w:cs="Calibri" w:asciiTheme="majorAscii" w:hAnsiTheme="majorAscii" w:cstheme="majorAscii"/>
          <w:sz w:val="22"/>
          <w:szCs w:val="22"/>
          <w:lang w:val="lt-LT"/>
        </w:rPr>
        <w:t xml:space="preserve"> Mozūrų vaivadijos mokytojų mokymo centras Olštyne; </w:t>
      </w:r>
      <w:r w:rsidRPr="12310965" w:rsidR="390AEDBD">
        <w:rPr>
          <w:rFonts w:ascii="Calibri" w:hAnsi="Calibri" w:cs="Calibri" w:asciiTheme="majorAscii" w:hAnsiTheme="majorAscii" w:cstheme="majorAscii"/>
          <w:sz w:val="22"/>
          <w:szCs w:val="22"/>
          <w:lang w:val="lt-LT"/>
        </w:rPr>
        <w:t>Varmijos</w:t>
      </w:r>
      <w:r w:rsidRPr="12310965" w:rsidR="390AEDBD">
        <w:rPr>
          <w:rFonts w:ascii="Calibri" w:hAnsi="Calibri" w:cs="Calibri" w:asciiTheme="majorAscii" w:hAnsiTheme="majorAscii" w:cstheme="majorAscii"/>
          <w:sz w:val="22"/>
          <w:szCs w:val="22"/>
          <w:lang w:val="lt-LT"/>
        </w:rPr>
        <w:t xml:space="preserve"> Mozūrų vaivadija; Pamario vaivadija (Lenkija); VšĮ „Žemaitijos keliais“ ir Žemaitijos turizmo informacijos centras (Lietuva).</w:t>
      </w:r>
    </w:p>
    <w:p w:rsidR="04E23A89" w:rsidP="5AA0A47D" w:rsidRDefault="04E23A89" w14:paraId="1642CDFA" w14:textId="64988AE5">
      <w:pPr>
        <w:pStyle w:val="Normal"/>
        <w:rPr>
          <w:rFonts w:ascii="Calibri" w:hAnsi="Calibri" w:cs="Calibri" w:asciiTheme="majorAscii" w:hAnsiTheme="majorAscii" w:cstheme="majorAscii"/>
          <w:i w:val="0"/>
          <w:iCs w:val="0"/>
          <w:sz w:val="22"/>
          <w:szCs w:val="22"/>
          <w:lang w:val="lt-LT"/>
        </w:rPr>
      </w:pPr>
      <w:r w:rsidRPr="5AA0A47D" w:rsidR="04E23A89">
        <w:rPr>
          <w:rFonts w:ascii="Calibri" w:hAnsi="Calibri" w:cs="Calibri" w:asciiTheme="majorAscii" w:hAnsiTheme="majorAscii" w:cstheme="majorAscii"/>
          <w:b w:val="1"/>
          <w:bCs w:val="1"/>
          <w:i w:val="0"/>
          <w:iCs w:val="0"/>
          <w:sz w:val="22"/>
          <w:szCs w:val="22"/>
          <w:lang w:val="lt-LT"/>
        </w:rPr>
        <w:t>Konkurso organizatorius ir duomenų valdytojas:</w:t>
      </w:r>
      <w:r w:rsidRPr="5AA0A47D" w:rsidR="04E23A89">
        <w:rPr>
          <w:rFonts w:ascii="Calibri" w:hAnsi="Calibri" w:cs="Calibri" w:asciiTheme="majorAscii" w:hAnsiTheme="majorAscii" w:cstheme="majorAscii"/>
          <w:i w:val="0"/>
          <w:iCs w:val="0"/>
          <w:sz w:val="22"/>
          <w:szCs w:val="22"/>
          <w:lang w:val="lt-LT"/>
        </w:rPr>
        <w:t xml:space="preserve"> VšĮ Rietavo turizmo ir verslo informacijos centras (RTVIC), Parko g. 5, LT-90311 Rietavas, el. paštas: </w:t>
      </w:r>
      <w:hyperlink r:id="R989944d8b13e4dd3">
        <w:r w:rsidRPr="5AA0A47D" w:rsidR="04E23A89">
          <w:rPr>
            <w:rStyle w:val="Hyperlink"/>
            <w:i w:val="0"/>
            <w:iCs w:val="0"/>
            <w:lang w:val="lt-LT"/>
          </w:rPr>
          <w:t>info@rietavotvic.lt</w:t>
        </w:r>
      </w:hyperlink>
    </w:p>
    <w:p w:rsidR="5AA0A47D" w:rsidP="5AA0A47D" w:rsidRDefault="5AA0A47D" w14:paraId="3DF5F620" w14:textId="53BCB35B">
      <w:pPr>
        <w:spacing w:line="240" w:lineRule="auto"/>
        <w:rPr>
          <w:rFonts w:ascii="Calibri" w:hAnsi="Calibri" w:cs="Calibri" w:asciiTheme="majorAscii" w:hAnsiTheme="majorAscii" w:cstheme="majorAscii"/>
          <w:sz w:val="22"/>
          <w:szCs w:val="22"/>
          <w:lang w:val="lt-LT"/>
        </w:rPr>
      </w:pPr>
    </w:p>
    <w:tbl>
      <w:tblPr>
        <w:tblStyle w:val="TableGrid"/>
        <w:tblW w:w="9972" w:type="dxa"/>
        <w:tblLook w:val="04A0" w:firstRow="1" w:lastRow="0" w:firstColumn="1" w:lastColumn="0" w:noHBand="0" w:noVBand="1"/>
      </w:tblPr>
      <w:tblGrid>
        <w:gridCol w:w="3480"/>
        <w:gridCol w:w="6492"/>
      </w:tblGrid>
      <w:tr w:rsidRPr="00164F15" w:rsidR="00324456" w:rsidTr="5AA0A47D" w14:paraId="5C611BD1" w14:textId="77777777">
        <w:tc>
          <w:tcPr>
            <w:tcW w:w="3480" w:type="dxa"/>
            <w:tcMar/>
          </w:tcPr>
          <w:p w:rsidRPr="00164F15" w:rsidR="00324456" w:rsidP="5AA0A47D" w:rsidRDefault="009710A5" w14:paraId="243C64DA" w14:textId="77777777">
            <w:pPr>
              <w:spacing w:before="240" w:beforeAutospacing="off"/>
              <w:rPr>
                <w:rFonts w:ascii="Calibri" w:hAnsi="Calibri" w:cs="Calibri" w:asciiTheme="majorAscii" w:hAnsiTheme="majorAscii" w:cstheme="majorAscii"/>
                <w:sz w:val="22"/>
                <w:szCs w:val="22"/>
                <w:lang w:val="lt-LT"/>
              </w:rPr>
            </w:pPr>
            <w:r w:rsidRPr="5AA0A47D" w:rsidR="009710A5">
              <w:rPr>
                <w:rFonts w:ascii="Calibri" w:hAnsi="Calibri" w:cs="Calibri" w:asciiTheme="majorAscii" w:hAnsiTheme="majorAscii" w:cstheme="majorAscii"/>
                <w:sz w:val="22"/>
                <w:szCs w:val="22"/>
                <w:lang w:val="lt-LT"/>
              </w:rPr>
              <w:t>Vaiko vardas ir pavardė</w:t>
            </w:r>
          </w:p>
        </w:tc>
        <w:tc>
          <w:tcPr>
            <w:tcW w:w="6492" w:type="dxa"/>
            <w:tcMar/>
          </w:tcPr>
          <w:p w:rsidRPr="00164F15" w:rsidR="00324456" w:rsidP="5AA0A47D" w:rsidRDefault="00324456" w14:paraId="7B8EC8E3" w14:textId="26B4F7E2">
            <w:pPr>
              <w:rPr>
                <w:rFonts w:ascii="Calibri" w:hAnsi="Calibri" w:cs="Calibri" w:asciiTheme="majorAscii" w:hAnsiTheme="majorAscii" w:cstheme="majorAscii"/>
                <w:sz w:val="22"/>
                <w:szCs w:val="22"/>
                <w:lang w:val="lt-LT"/>
              </w:rPr>
            </w:pPr>
          </w:p>
          <w:p w:rsidRPr="00164F15" w:rsidR="00324456" w:rsidP="5AA0A47D" w:rsidRDefault="00324456" w14:paraId="3BF5B658" w14:textId="5330CCFD">
            <w:pPr>
              <w:rPr>
                <w:rFonts w:ascii="Calibri" w:hAnsi="Calibri" w:cs="Calibri" w:asciiTheme="majorAscii" w:hAnsiTheme="majorAscii" w:cstheme="majorAscii"/>
                <w:sz w:val="22"/>
                <w:szCs w:val="22"/>
                <w:lang w:val="lt-LT"/>
              </w:rPr>
            </w:pPr>
          </w:p>
        </w:tc>
      </w:tr>
      <w:tr w:rsidRPr="00164F15" w:rsidR="00324456" w:rsidTr="5AA0A47D" w14:paraId="7F179A32" w14:textId="77777777">
        <w:tc>
          <w:tcPr>
            <w:tcW w:w="3480" w:type="dxa"/>
            <w:tcMar/>
          </w:tcPr>
          <w:p w:rsidRPr="00164F15" w:rsidR="00324456" w:rsidP="5AA0A47D" w:rsidRDefault="009710A5" w14:paraId="14751691" w14:textId="4D60B510">
            <w:pPr>
              <w:spacing w:before="240" w:beforeAutospacing="off"/>
              <w:rPr>
                <w:rFonts w:ascii="Calibri" w:hAnsi="Calibri" w:cs="Calibri" w:asciiTheme="majorAscii" w:hAnsiTheme="majorAscii" w:cstheme="majorAscii"/>
                <w:sz w:val="22"/>
                <w:szCs w:val="22"/>
                <w:lang w:val="lt-LT"/>
              </w:rPr>
            </w:pPr>
            <w:r w:rsidRPr="5AA0A47D" w:rsidR="009710A5">
              <w:rPr>
                <w:rFonts w:ascii="Calibri" w:hAnsi="Calibri" w:cs="Calibri" w:asciiTheme="majorAscii" w:hAnsiTheme="majorAscii" w:cstheme="majorAscii"/>
                <w:sz w:val="22"/>
                <w:szCs w:val="22"/>
                <w:lang w:val="lt-LT"/>
              </w:rPr>
              <w:t>Mokyklos pavadinima</w:t>
            </w:r>
            <w:r w:rsidRPr="5AA0A47D" w:rsidR="70AAA739">
              <w:rPr>
                <w:rFonts w:ascii="Calibri" w:hAnsi="Calibri" w:cs="Calibri" w:asciiTheme="majorAscii" w:hAnsiTheme="majorAscii" w:cstheme="majorAscii"/>
                <w:sz w:val="22"/>
                <w:szCs w:val="22"/>
                <w:lang w:val="lt-LT"/>
              </w:rPr>
              <w:t>s ir vaiko klasė</w:t>
            </w:r>
          </w:p>
        </w:tc>
        <w:tc>
          <w:tcPr>
            <w:tcW w:w="6492" w:type="dxa"/>
            <w:tcMar/>
          </w:tcPr>
          <w:p w:rsidRPr="00164F15" w:rsidR="00324456" w:rsidP="5AA0A47D" w:rsidRDefault="00324456" w14:paraId="05D35A69" w14:textId="4FC97DCF">
            <w:pPr>
              <w:rPr>
                <w:rFonts w:ascii="Calibri" w:hAnsi="Calibri" w:cs="Calibri" w:asciiTheme="majorAscii" w:hAnsiTheme="majorAscii" w:cstheme="majorAscii"/>
                <w:sz w:val="22"/>
                <w:szCs w:val="22"/>
                <w:lang w:val="lt-LT"/>
              </w:rPr>
            </w:pPr>
          </w:p>
          <w:p w:rsidRPr="00164F15" w:rsidR="00324456" w:rsidP="5AA0A47D" w:rsidRDefault="00324456" w14:paraId="6AEF72E5" w14:textId="26753C1F">
            <w:pPr>
              <w:rPr>
                <w:rFonts w:ascii="Calibri" w:hAnsi="Calibri" w:cs="Calibri" w:asciiTheme="majorAscii" w:hAnsiTheme="majorAscii" w:cstheme="majorAscii"/>
                <w:sz w:val="22"/>
                <w:szCs w:val="22"/>
                <w:lang w:val="lt-LT"/>
              </w:rPr>
            </w:pPr>
          </w:p>
        </w:tc>
      </w:tr>
      <w:tr w:rsidRPr="00164F15" w:rsidR="00324456" w:rsidTr="5AA0A47D" w14:paraId="27C4A34F" w14:textId="77777777">
        <w:tc>
          <w:tcPr>
            <w:tcW w:w="3480" w:type="dxa"/>
            <w:tcMar/>
          </w:tcPr>
          <w:p w:rsidRPr="00164F15" w:rsidR="00324456" w:rsidP="5AA0A47D" w:rsidRDefault="009710A5" w14:paraId="5D7CBDA9" w14:textId="77777777">
            <w:pPr>
              <w:spacing w:before="240" w:beforeAutospacing="off"/>
              <w:rPr>
                <w:rFonts w:ascii="Calibri" w:hAnsi="Calibri" w:cs="Calibri" w:asciiTheme="majorAscii" w:hAnsiTheme="majorAscii" w:cstheme="majorAscii"/>
                <w:sz w:val="22"/>
                <w:szCs w:val="22"/>
                <w:lang w:val="lt-LT"/>
              </w:rPr>
            </w:pPr>
            <w:r w:rsidRPr="5AA0A47D" w:rsidR="009710A5">
              <w:rPr>
                <w:rFonts w:ascii="Calibri" w:hAnsi="Calibri" w:cs="Calibri" w:asciiTheme="majorAscii" w:hAnsiTheme="majorAscii" w:cstheme="majorAscii"/>
                <w:sz w:val="22"/>
                <w:szCs w:val="22"/>
                <w:lang w:val="lt-LT"/>
              </w:rPr>
              <w:t>Atstovavimas</w:t>
            </w:r>
          </w:p>
        </w:tc>
        <w:tc>
          <w:tcPr>
            <w:tcW w:w="6492" w:type="dxa"/>
            <w:tcMar/>
          </w:tcPr>
          <w:p w:rsidRPr="00164F15" w:rsidR="00324456" w:rsidP="5AA0A47D" w:rsidRDefault="009710A5" w14:paraId="1584EEAA" w14:textId="77777777">
            <w:pPr>
              <w:spacing w:before="240" w:beforeAutospacing="off"/>
              <w:rPr>
                <w:rFonts w:ascii="Calibri" w:hAnsi="Calibri" w:cs="Calibri" w:asciiTheme="majorAscii" w:hAnsiTheme="majorAscii" w:cstheme="majorAscii"/>
                <w:sz w:val="22"/>
                <w:szCs w:val="22"/>
                <w:lang w:val="lt-LT"/>
              </w:rPr>
            </w:pPr>
            <w:r w:rsidRPr="5AA0A47D" w:rsidR="009710A5">
              <w:rPr>
                <w:rFonts w:ascii="Segoe UI Symbol" w:hAnsi="Segoe UI Symbol" w:cs="Segoe UI Symbol"/>
                <w:sz w:val="22"/>
                <w:szCs w:val="22"/>
                <w:lang w:val="lt-LT"/>
              </w:rPr>
              <w:t>☐</w:t>
            </w:r>
            <w:r w:rsidRPr="5AA0A47D" w:rsidR="009710A5">
              <w:rPr>
                <w:rFonts w:ascii="Calibri" w:hAnsi="Calibri" w:cs="Calibri" w:asciiTheme="majorAscii" w:hAnsiTheme="majorAscii" w:cstheme="majorAscii"/>
                <w:sz w:val="22"/>
                <w:szCs w:val="22"/>
                <w:lang w:val="lt-LT"/>
              </w:rPr>
              <w:t xml:space="preserve"> Motina   </w:t>
            </w:r>
            <w:r w:rsidRPr="5AA0A47D" w:rsidR="009710A5">
              <w:rPr>
                <w:rFonts w:ascii="Segoe UI Symbol" w:hAnsi="Segoe UI Symbol" w:cs="Segoe UI Symbol"/>
                <w:sz w:val="22"/>
                <w:szCs w:val="22"/>
                <w:lang w:val="lt-LT"/>
              </w:rPr>
              <w:t>☐</w:t>
            </w:r>
            <w:r w:rsidRPr="5AA0A47D" w:rsidR="009710A5">
              <w:rPr>
                <w:rFonts w:ascii="Calibri" w:hAnsi="Calibri" w:cs="Calibri" w:asciiTheme="majorAscii" w:hAnsiTheme="majorAscii" w:cstheme="majorAscii"/>
                <w:sz w:val="22"/>
                <w:szCs w:val="22"/>
                <w:lang w:val="lt-LT"/>
              </w:rPr>
              <w:t xml:space="preserve"> T</w:t>
            </w:r>
            <w:r w:rsidRPr="5AA0A47D" w:rsidR="009710A5">
              <w:rPr>
                <w:rFonts w:cs="Calibri"/>
                <w:sz w:val="22"/>
                <w:szCs w:val="22"/>
                <w:lang w:val="lt-LT"/>
              </w:rPr>
              <w:t>ė</w:t>
            </w:r>
            <w:r w:rsidRPr="5AA0A47D" w:rsidR="009710A5">
              <w:rPr>
                <w:rFonts w:ascii="Calibri" w:hAnsi="Calibri" w:cs="Calibri" w:asciiTheme="majorAscii" w:hAnsiTheme="majorAscii" w:cstheme="majorAscii"/>
                <w:sz w:val="22"/>
                <w:szCs w:val="22"/>
                <w:lang w:val="lt-LT"/>
              </w:rPr>
              <w:t xml:space="preserve">vas   </w:t>
            </w:r>
            <w:r w:rsidRPr="5AA0A47D" w:rsidR="009710A5">
              <w:rPr>
                <w:rFonts w:ascii="Segoe UI Symbol" w:hAnsi="Segoe UI Symbol" w:cs="Segoe UI Symbol"/>
                <w:sz w:val="22"/>
                <w:szCs w:val="22"/>
                <w:lang w:val="lt-LT"/>
              </w:rPr>
              <w:t>☐</w:t>
            </w:r>
            <w:r w:rsidRPr="5AA0A47D" w:rsidR="009710A5">
              <w:rPr>
                <w:rFonts w:ascii="Calibri" w:hAnsi="Calibri" w:cs="Calibri" w:asciiTheme="majorAscii" w:hAnsiTheme="majorAscii" w:cstheme="majorAscii"/>
                <w:sz w:val="22"/>
                <w:szCs w:val="22"/>
                <w:lang w:val="lt-LT"/>
              </w:rPr>
              <w:t xml:space="preserve"> Glob</w:t>
            </w:r>
            <w:r w:rsidRPr="5AA0A47D" w:rsidR="009710A5">
              <w:rPr>
                <w:rFonts w:cs="Calibri"/>
                <w:sz w:val="22"/>
                <w:szCs w:val="22"/>
                <w:lang w:val="lt-LT"/>
              </w:rPr>
              <w:t>ė</w:t>
            </w:r>
            <w:r w:rsidRPr="5AA0A47D" w:rsidR="009710A5">
              <w:rPr>
                <w:rFonts w:ascii="Calibri" w:hAnsi="Calibri" w:cs="Calibri" w:asciiTheme="majorAscii" w:hAnsiTheme="majorAscii" w:cstheme="majorAscii"/>
                <w:sz w:val="22"/>
                <w:szCs w:val="22"/>
                <w:lang w:val="lt-LT"/>
              </w:rPr>
              <w:t>jas ar r</w:t>
            </w:r>
            <w:r w:rsidRPr="5AA0A47D" w:rsidR="009710A5">
              <w:rPr>
                <w:rFonts w:cs="Calibri"/>
                <w:sz w:val="22"/>
                <w:szCs w:val="22"/>
                <w:lang w:val="lt-LT"/>
              </w:rPr>
              <w:t>ū</w:t>
            </w:r>
            <w:r w:rsidRPr="5AA0A47D" w:rsidR="009710A5">
              <w:rPr>
                <w:rFonts w:ascii="Calibri" w:hAnsi="Calibri" w:cs="Calibri" w:asciiTheme="majorAscii" w:hAnsiTheme="majorAscii" w:cstheme="majorAscii"/>
                <w:sz w:val="22"/>
                <w:szCs w:val="22"/>
                <w:lang w:val="lt-LT"/>
              </w:rPr>
              <w:t>pintojas</w:t>
            </w:r>
          </w:p>
        </w:tc>
      </w:tr>
    </w:tbl>
    <w:p w:rsidRPr="00164F15" w:rsidR="00324456" w:rsidP="5AA0A47D" w:rsidRDefault="009710A5" w14:paraId="1266F6CE" w14:textId="21FA0CCA">
      <w:pPr>
        <w:spacing w:line="360" w:lineRule="auto"/>
        <w:rPr>
          <w:rFonts w:ascii="Calibri" w:hAnsi="Calibri" w:cs="Calibri" w:asciiTheme="majorAscii" w:hAnsiTheme="majorAscii" w:cstheme="majorAscii"/>
          <w:sz w:val="22"/>
          <w:szCs w:val="22"/>
          <w:lang w:val="lt-LT"/>
        </w:rPr>
      </w:pPr>
    </w:p>
    <w:p w:rsidRPr="00164F15" w:rsidR="00324456" w:rsidP="5AA0A47D" w:rsidRDefault="009710A5" w14:paraId="330AD783" w14:textId="207A1338">
      <w:pPr>
        <w:spacing w:line="360" w:lineRule="auto"/>
        <w:rPr>
          <w:rFonts w:ascii="Calibri" w:hAnsi="Calibri" w:cs="Calibri" w:asciiTheme="majorAscii" w:hAnsiTheme="majorAscii" w:cstheme="majorAscii"/>
          <w:b w:val="1"/>
          <w:bCs w:val="1"/>
          <w:sz w:val="22"/>
          <w:szCs w:val="22"/>
          <w:lang w:val="lt-LT"/>
        </w:rPr>
      </w:pPr>
      <w:r w:rsidRPr="5AA0A47D" w:rsidR="7DE1FDA5">
        <w:rPr>
          <w:rFonts w:ascii="Calibri" w:hAnsi="Calibri" w:cs="Calibri" w:asciiTheme="majorAscii" w:hAnsiTheme="majorAscii" w:cstheme="majorAscii"/>
          <w:sz w:val="22"/>
          <w:szCs w:val="22"/>
          <w:lang w:val="lt-LT"/>
        </w:rPr>
        <w:t>Pabraukite vieną pasirinkimą:</w:t>
      </w:r>
      <w:r w:rsidRPr="5AA0A47D" w:rsidR="055BAA50">
        <w:rPr>
          <w:rFonts w:ascii="Calibri" w:hAnsi="Calibri" w:cs="Calibri" w:asciiTheme="majorAscii" w:hAnsiTheme="majorAscii" w:cstheme="majorAscii"/>
          <w:sz w:val="22"/>
          <w:szCs w:val="22"/>
          <w:lang w:val="lt-LT"/>
        </w:rPr>
        <w:t xml:space="preserve"> </w:t>
      </w:r>
      <w:r w:rsidRPr="5AA0A47D" w:rsidR="7DE1FDA5">
        <w:rPr>
          <w:rFonts w:ascii="Calibri" w:hAnsi="Calibri" w:cs="Calibri" w:asciiTheme="majorAscii" w:hAnsiTheme="majorAscii" w:cstheme="majorAscii"/>
          <w:b w:val="1"/>
          <w:bCs w:val="1"/>
          <w:sz w:val="24"/>
          <w:szCs w:val="24"/>
          <w:lang w:val="lt-LT"/>
        </w:rPr>
        <w:t>SUTINKU / NESUTINKU</w:t>
      </w:r>
    </w:p>
    <w:p w:rsidRPr="00164F15" w:rsidR="00324456" w:rsidP="5AA0A47D" w:rsidRDefault="009710A5" w14:paraId="6209565B" w14:textId="5A4DA447">
      <w:pPr>
        <w:spacing w:line="360" w:lineRule="auto"/>
        <w:rPr>
          <w:rFonts w:cs="Calibri" w:cstheme="majorAscii"/>
          <w:sz w:val="22"/>
          <w:szCs w:val="22"/>
          <w:lang w:val="lt-LT"/>
        </w:rPr>
      </w:pPr>
      <w:r w:rsidRPr="5AA0A47D" w:rsidR="6D45D28D">
        <w:rPr>
          <w:rFonts w:ascii="Calibri" w:hAnsi="Calibri" w:cs="Calibri" w:asciiTheme="majorAscii" w:hAnsiTheme="majorAscii" w:cstheme="majorAscii"/>
          <w:sz w:val="22"/>
          <w:szCs w:val="22"/>
          <w:lang w:val="lt-LT"/>
        </w:rPr>
        <w:t>Atstovo vardas ir pavardė: ______________</w:t>
      </w:r>
      <w:r w:rsidRPr="5AA0A47D" w:rsidR="6D45D28D">
        <w:rPr>
          <w:rFonts w:ascii="Calibri" w:hAnsi="Calibri" w:cs="Calibri" w:asciiTheme="majorAscii" w:hAnsiTheme="majorAscii" w:cstheme="majorAscii"/>
          <w:sz w:val="22"/>
          <w:szCs w:val="22"/>
          <w:lang w:val="lt-LT"/>
        </w:rPr>
        <w:t>_________________________________</w:t>
      </w:r>
      <w:r>
        <w:br/>
      </w:r>
      <w:r w:rsidRPr="5AA0A47D" w:rsidR="6D45D28D">
        <w:rPr>
          <w:rFonts w:ascii="Calibri" w:hAnsi="Calibri" w:cs="Calibri" w:asciiTheme="majorAscii" w:hAnsiTheme="majorAscii" w:cstheme="majorAscii"/>
          <w:sz w:val="22"/>
          <w:szCs w:val="22"/>
          <w:lang w:val="lt-LT"/>
        </w:rPr>
        <w:t>Parašas: ______________________   Data: ______________</w:t>
      </w:r>
      <w:r w:rsidRPr="5AA0A47D" w:rsidR="6D45D28D">
        <w:rPr>
          <w:rFonts w:cs="Calibri" w:cstheme="majorAscii"/>
          <w:sz w:val="20"/>
          <w:szCs w:val="20"/>
          <w:lang w:val="lt-LT"/>
        </w:rPr>
        <w:t xml:space="preserve"> </w:t>
      </w:r>
      <w:r>
        <w:br/>
      </w:r>
    </w:p>
    <w:sectPr w:rsidRPr="00164F15" w:rsidR="00324456" w:rsidSect="00034616">
      <w:pgSz w:w="12240" w:h="15840" w:orient="portrait"/>
      <w:pgMar w:top="1134" w:right="720" w:bottom="567" w:left="1701" w:header="720" w:footer="720" w:gutter="0"/>
      <w:cols w:space="720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 w16cid:durableId="667175741">
    <w:abstractNumId w:val="8"/>
  </w:num>
  <w:num w:numId="2" w16cid:durableId="1758404748">
    <w:abstractNumId w:val="6"/>
  </w:num>
  <w:num w:numId="3" w16cid:durableId="441807304">
    <w:abstractNumId w:val="5"/>
  </w:num>
  <w:num w:numId="4" w16cid:durableId="1207911172">
    <w:abstractNumId w:val="4"/>
  </w:num>
  <w:num w:numId="5" w16cid:durableId="679547742">
    <w:abstractNumId w:val="7"/>
  </w:num>
  <w:num w:numId="6" w16cid:durableId="1599407095">
    <w:abstractNumId w:val="3"/>
  </w:num>
  <w:num w:numId="7" w16cid:durableId="996962103">
    <w:abstractNumId w:val="2"/>
  </w:num>
  <w:num w:numId="8" w16cid:durableId="1002514766">
    <w:abstractNumId w:val="1"/>
  </w:num>
  <w:num w:numId="9" w16cid:durableId="2095390804">
    <w:abstractNumId w:val="0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98"/>
  <w:proofState w:spelling="clean" w:grammar="dirty"/>
  <w:trackRevisions w:val="false"/>
  <w:defaultTabStop w:val="720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64F15"/>
    <w:rsid w:val="0029639D"/>
    <w:rsid w:val="002C5CAE"/>
    <w:rsid w:val="002E724B"/>
    <w:rsid w:val="002F366E"/>
    <w:rsid w:val="00324456"/>
    <w:rsid w:val="00326F90"/>
    <w:rsid w:val="00363039"/>
    <w:rsid w:val="004E5161"/>
    <w:rsid w:val="006A4DCB"/>
    <w:rsid w:val="008728B1"/>
    <w:rsid w:val="009710A5"/>
    <w:rsid w:val="009C3FA4"/>
    <w:rsid w:val="00AA1D8D"/>
    <w:rsid w:val="00B47730"/>
    <w:rsid w:val="00B856AD"/>
    <w:rsid w:val="00CB0664"/>
    <w:rsid w:val="00FC693F"/>
    <w:rsid w:val="014D0062"/>
    <w:rsid w:val="03288D7A"/>
    <w:rsid w:val="04E23A89"/>
    <w:rsid w:val="055BAA50"/>
    <w:rsid w:val="060767BC"/>
    <w:rsid w:val="07DD8030"/>
    <w:rsid w:val="0944DD91"/>
    <w:rsid w:val="0F4F04C0"/>
    <w:rsid w:val="11C43469"/>
    <w:rsid w:val="12310965"/>
    <w:rsid w:val="17F17C04"/>
    <w:rsid w:val="1910B9F2"/>
    <w:rsid w:val="19B70748"/>
    <w:rsid w:val="1E0E807B"/>
    <w:rsid w:val="21DB2C21"/>
    <w:rsid w:val="25AFA07A"/>
    <w:rsid w:val="2A3CE183"/>
    <w:rsid w:val="2E4B5F80"/>
    <w:rsid w:val="2F2F1C06"/>
    <w:rsid w:val="2FA92285"/>
    <w:rsid w:val="2FC0E37D"/>
    <w:rsid w:val="31A1F9DE"/>
    <w:rsid w:val="321D26FD"/>
    <w:rsid w:val="3239C503"/>
    <w:rsid w:val="3757630F"/>
    <w:rsid w:val="389CE988"/>
    <w:rsid w:val="39060931"/>
    <w:rsid w:val="390AEDBD"/>
    <w:rsid w:val="3A5EB1E3"/>
    <w:rsid w:val="3D09CB5B"/>
    <w:rsid w:val="3DD669AA"/>
    <w:rsid w:val="3E88D260"/>
    <w:rsid w:val="40F702E9"/>
    <w:rsid w:val="448C4CB3"/>
    <w:rsid w:val="45A11522"/>
    <w:rsid w:val="46829215"/>
    <w:rsid w:val="48F74A56"/>
    <w:rsid w:val="49C7302F"/>
    <w:rsid w:val="52D9B126"/>
    <w:rsid w:val="550832EF"/>
    <w:rsid w:val="56FE5679"/>
    <w:rsid w:val="579B57AD"/>
    <w:rsid w:val="5AA0A47D"/>
    <w:rsid w:val="5AD810C5"/>
    <w:rsid w:val="5B085341"/>
    <w:rsid w:val="5C54FE02"/>
    <w:rsid w:val="5F8BE05C"/>
    <w:rsid w:val="607C9B52"/>
    <w:rsid w:val="61D5520B"/>
    <w:rsid w:val="67B2007A"/>
    <w:rsid w:val="6826A2C8"/>
    <w:rsid w:val="68ECE19D"/>
    <w:rsid w:val="6919B08A"/>
    <w:rsid w:val="6D45D28D"/>
    <w:rsid w:val="6D591F7D"/>
    <w:rsid w:val="6D69B6BB"/>
    <w:rsid w:val="70AAA739"/>
    <w:rsid w:val="797D03F6"/>
    <w:rsid w:val="7998A185"/>
    <w:rsid w:val="7DE1F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5117FF32-C0EF-4092-8833-5FC9731EBF9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93F"/>
    <w:pPr>
      <w:spacing w:after="80"/>
    </w:pPr>
    <w:rPr>
      <w:rFonts w:ascii="Calibri" w:hAnsi="Calibri"/>
      <w:color w:val="000000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00" w:after="0"/>
      <w:outlineLvl w:val="0"/>
    </w:pPr>
    <w:rPr>
      <w:rFonts w:asciiTheme="majorHAnsi" w:hAnsiTheme="majorHAnsi" w:eastAsiaTheme="majorEastAsia" w:cstheme="majorBidi"/>
      <w:b/>
      <w:bCs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hAnsiTheme="majorHAnsi" w:eastAsiaTheme="majorEastAsia" w:cstheme="majorBidi"/>
      <w:spacing w:val="5"/>
      <w:kern w:val="28"/>
      <w:sz w:val="34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C693F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C693F"/>
    <w:rPr>
      <w:rFonts w:asciiTheme="majorHAnsi" w:hAnsiTheme="majorHAnsi" w:eastAsiaTheme="majorEastAsia" w:cstheme="majorBidi"/>
      <w:color w:val="243F60" w:themeColor="accent1" w:themeShade="7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C693F"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C693F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uiPriority w:val="99"/>
    <w:name w:val="Hyperlink"/>
    <w:basedOn w:val="DefaultParagraphFont"/>
    <w:unhideWhenUsed/>
    <w:rsid w:val="5AA0A47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tyles" Target="styles.xml" Id="rId3" /><Relationship Type="http://schemas.openxmlformats.org/officeDocument/2006/relationships/fontTable" Target="fontTable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image" Target="media/image1.png" Id="rId6" /><Relationship Type="http://schemas.openxmlformats.org/officeDocument/2006/relationships/customXml" Target="../customXml/item4.xml" Id="rId11" /><Relationship Type="http://schemas.openxmlformats.org/officeDocument/2006/relationships/webSettings" Target="webSettings.xml" Id="rId5" /><Relationship Type="http://schemas.openxmlformats.org/officeDocument/2006/relationships/customXml" Target="../customXml/item3.xml" Id="rId10" /><Relationship Type="http://schemas.openxmlformats.org/officeDocument/2006/relationships/settings" Target="settings.xml" Id="rId4" /><Relationship Type="http://schemas.openxmlformats.org/officeDocument/2006/relationships/customXml" Target="../customXml/item2.xml" Id="rId9" /><Relationship Type="http://schemas.microsoft.com/office/2016/09/relationships/commentsIds" Target="commentsIds.xml" Id="R0b71f3aa12bf4df3" /><Relationship Type="http://schemas.microsoft.com/office/2011/relationships/commentsExtended" Target="commentsExtended.xml" Id="R023093c2d1394d98" /><Relationship Type="http://schemas.microsoft.com/office/2011/relationships/people" Target="people.xml" Id="Ra7ef8758bb704090" /><Relationship Type="http://schemas.openxmlformats.org/officeDocument/2006/relationships/hyperlink" Target="mailto:info@rietavotvic.lt" TargetMode="External" Id="R989944d8b13e4dd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C77FF44722A07C4992CD47B4C0DFD200" ma:contentTypeVersion="13" ma:contentTypeDescription="Kurkite naują dokumentą." ma:contentTypeScope="" ma:versionID="895ba6a5cc578adea38e7cef528edb60">
  <xsd:schema xmlns:xsd="http://www.w3.org/2001/XMLSchema" xmlns:xs="http://www.w3.org/2001/XMLSchema" xmlns:p="http://schemas.microsoft.com/office/2006/metadata/properties" xmlns:ns2="7f236ecf-0499-4517-9015-be753c02fcfd" xmlns:ns3="86c82b03-8bbf-4e9e-b4ac-9f1023d8c49e" targetNamespace="http://schemas.microsoft.com/office/2006/metadata/properties" ma:root="true" ma:fieldsID="60ad3bb2fee0862ba3d6990831eeb66e" ns2:_="" ns3:_="">
    <xsd:import namespace="7f236ecf-0499-4517-9015-be753c02fcfd"/>
    <xsd:import namespace="86c82b03-8bbf-4e9e-b4ac-9f1023d8c49e"/>
    <xsd:element name="properties">
      <xsd:complexType>
        <xsd:sequence>
          <xsd:element name="documentManagement">
            <xsd:complexType>
              <xsd:all>
                <xsd:element ref="ns2:MigrationSource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236ecf-0499-4517-9015-be753c02fcfd" elementFormDefault="qualified">
    <xsd:import namespace="http://schemas.microsoft.com/office/2006/documentManagement/types"/>
    <xsd:import namespace="http://schemas.microsoft.com/office/infopath/2007/PartnerControls"/>
    <xsd:element name="MigrationSourceID" ma:index="8" nillable="true" ma:displayName="MigrationSourceID" ma:internalName="MigrationSourceID" ma:readOnly="true">
      <xsd:simpleType>
        <xsd:restriction base="dms:Text"/>
      </xsd:simpleType>
    </xsd:element>
    <xsd:element name="TaxCatchAll" ma:index="15" nillable="true" ma:displayName="Taxonomy Catch All Column" ma:hidden="true" ma:list="{db4e30e8-961c-494d-abdc-4375de89e246}" ma:internalName="TaxCatchAll" ma:showField="CatchAllData" ma:web="7f236ecf-0499-4517-9015-be753c02fc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c82b03-8bbf-4e9e-b4ac-9f1023d8c4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Vaizdų žymės" ma:readOnly="false" ma:fieldId="{5cf76f15-5ced-4ddc-b409-7134ff3c332f}" ma:taxonomyMulti="true" ma:sspId="48abd7bc-99ea-4f3a-b7d0-d923993ec4b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f236ecf-0499-4517-9015-be753c02fcfd" xsi:nil="true"/>
    <lcf76f155ced4ddcb4097134ff3c332f xmlns="86c82b03-8bbf-4e9e-b4ac-9f1023d8c49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FD82E8B-C995-4C2D-90B8-1D89B9A46F9C}"/>
</file>

<file path=customXml/itemProps3.xml><?xml version="1.0" encoding="utf-8"?>
<ds:datastoreItem xmlns:ds="http://schemas.openxmlformats.org/officeDocument/2006/customXml" ds:itemID="{00D8B8D9-A424-478B-8BCC-8CD333B94053}"/>
</file>

<file path=customXml/itemProps4.xml><?xml version="1.0" encoding="utf-8"?>
<ds:datastoreItem xmlns:ds="http://schemas.openxmlformats.org/officeDocument/2006/customXml" ds:itemID="{1EB2A387-CB71-47F6-8089-F8B9B610544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Vaiva Petrauskienė</cp:lastModifiedBy>
  <cp:revision>14</cp:revision>
  <dcterms:created xsi:type="dcterms:W3CDTF">2013-12-23T23:15:00Z</dcterms:created>
  <dcterms:modified xsi:type="dcterms:W3CDTF">2026-10-16T11:58:29Z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0x010100C77FF44722A07C4992CD47B4C0DFD200</vt:lpwstr>
  </property>
  <property fmtid="{D5CDD505-2E9C-101B-9397-08002B2CF9AE}" pid="3" name="MediaServiceImageTags">
    <vt:lpwstr/>
  </property>
</Properties>
</file>