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640061" w:rsidR="004D1BD3" w:rsidP="004D1BD3" w:rsidRDefault="00442672" w14:paraId="6436782D" w14:textId="5208C6DC">
      <w:pPr>
        <w:pStyle w:val="Title"/>
        <w:rPr>
          <w:b w:val="1"/>
          <w:bCs w:val="1"/>
          <w:color w:val="1F497D" w:themeColor="text2"/>
          <w:sz w:val="24"/>
          <w:szCs w:val="24"/>
          <w:lang w:val="lt-LT"/>
        </w:rPr>
      </w:pPr>
      <w:r w:rsidRPr="00640061">
        <w:rPr>
          <w:b/>
          <w:bCs/>
          <w:noProof/>
          <w:color w:val="1F497D" w:themeColor="text2"/>
          <w:lang w:val="lt-LT"/>
        </w:rPr>
        <w:drawing>
          <wp:anchor distT="0" distB="0" distL="114300" distR="114300" simplePos="0" relativeHeight="251659264" behindDoc="1" locked="0" layoutInCell="1" allowOverlap="1" wp14:anchorId="1A9878DB" wp14:editId="1927345F">
            <wp:simplePos x="0" y="0"/>
            <wp:positionH relativeFrom="column">
              <wp:posOffset>3505200</wp:posOffset>
            </wp:positionH>
            <wp:positionV relativeFrom="paragraph">
              <wp:posOffset>-190500</wp:posOffset>
            </wp:positionV>
            <wp:extent cx="2644775" cy="1151890"/>
            <wp:effectExtent l="0" t="0" r="3175" b="0"/>
            <wp:wrapNone/>
            <wp:docPr id="2065047758" name="Picture 1"/>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2065047758" name="Picture 2065047758"/>
                    <pic:cNvPicPr/>
                  </pic:nvPicPr>
                  <pic:blipFill>
                    <a:blip xmlns:r="http://schemas.openxmlformats.org/officeDocument/2006/relationships" r:embed="rId8"/>
                    <a:stretch>
                      <a:fillRect/>
                    </a:stretch>
                  </pic:blipFill>
                  <pic:spPr>
                    <a:xfrm>
                      <a:off x="0" y="0"/>
                      <a:ext cx="2644775" cy="1151890"/>
                    </a:xfrm>
                    <a:prstGeom prst="rect">
                      <a:avLst/>
                    </a:prstGeom>
                  </pic:spPr>
                </pic:pic>
              </a:graphicData>
            </a:graphic>
            <wp14:sizeRelH relativeFrom="margin">
              <wp14:pctWidth>0</wp14:pctWidth>
            </wp14:sizeRelH>
            <wp14:sizeRelV relativeFrom="margin">
              <wp14:pctHeight>0</wp14:pctHeight>
            </wp14:sizeRelV>
          </wp:anchor>
        </w:drawing>
      </w:r>
      <w:r w:rsidRPr="00640061" w:rsidR="00442672">
        <w:rPr>
          <w:b w:val="1"/>
          <w:bCs w:val="1"/>
          <w:color w:val="1F497D" w:themeColor="text2"/>
          <w:lang w:val="lt-LT"/>
        </w:rPr>
        <w:t xml:space="preserve">Paraiška mokinių konkursui </w:t>
      </w:r>
      <w:r w:rsidRPr="00640061">
        <w:rPr>
          <w:b/>
          <w:bCs/>
          <w:color w:val="1F497D" w:themeColor="text2"/>
          <w:lang w:val="lt-LT"/>
        </w:rPr>
        <w:br/>
      </w:r>
      <w:r w:rsidRPr="00640061" w:rsidR="00442672">
        <w:rPr>
          <w:b w:val="1"/>
          <w:bCs w:val="1"/>
          <w:color w:val="1F497D" w:themeColor="text2"/>
          <w:lang w:val="lt-LT"/>
        </w:rPr>
        <w:t>Istorijos detektyvai</w:t>
      </w:r>
      <w:r w:rsidRPr="6FC969DD" w:rsidR="21E90222">
        <w:rPr>
          <w:b w:val="1"/>
          <w:bCs w:val="1"/>
          <w:color w:val="1F497D" w:themeColor="text2" w:themeTint="FF" w:themeShade="FF"/>
          <w:lang w:val="lt-LT"/>
        </w:rPr>
        <w:t xml:space="preserve">: </w:t>
      </w:r>
      <w:r>
        <w:br/>
      </w:r>
      <w:r w:rsidRPr="6FC969DD" w:rsidR="00442672">
        <w:rPr>
          <w:b w:val="1"/>
          <w:bCs w:val="1"/>
          <w:color w:val="1F497D" w:themeColor="text2" w:themeTint="FF" w:themeShade="FF"/>
          <w:sz w:val="28"/>
          <w:szCs w:val="28"/>
          <w:lang w:val="lt-LT"/>
        </w:rPr>
        <w:t>Ką slepia mano kraštas?</w:t>
      </w:r>
    </w:p>
    <w:p w:rsidRPr="00640061" w:rsidR="00545928" w:rsidP="004D1BD3" w:rsidRDefault="00000000" w14:paraId="0D39EC0F" w14:textId="69F12C1E">
      <w:pPr>
        <w:pStyle w:val="Title"/>
        <w:rPr>
          <w:rFonts w:cstheme="majorHAnsi"/>
          <w:sz w:val="20"/>
          <w:szCs w:val="20"/>
          <w:lang w:val="lt-LT"/>
        </w:rPr>
      </w:pPr>
      <w:r w:rsidRPr="00640061">
        <w:rPr>
          <w:sz w:val="22"/>
          <w:szCs w:val="22"/>
          <w:lang w:val="lt-LT"/>
        </w:rPr>
        <w:br/>
      </w:r>
      <w:r w:rsidRPr="00640061">
        <w:rPr>
          <w:rFonts w:cstheme="majorHAnsi"/>
          <w:sz w:val="20"/>
          <w:szCs w:val="20"/>
          <w:lang w:val="lt-LT"/>
        </w:rPr>
        <w:t xml:space="preserve">Organizatorius – VšĮ Rietavo turizmo ir verslo informacijos centras. Tarptautinis projektas BRIDGE, bendrai finansuojamas pagal </w:t>
      </w:r>
      <w:proofErr w:type="spellStart"/>
      <w:r w:rsidRPr="00640061">
        <w:rPr>
          <w:rFonts w:cstheme="majorHAnsi"/>
          <w:sz w:val="20"/>
          <w:szCs w:val="20"/>
          <w:lang w:val="lt-LT"/>
        </w:rPr>
        <w:t>Interreg</w:t>
      </w:r>
      <w:proofErr w:type="spellEnd"/>
      <w:r w:rsidRPr="00640061">
        <w:rPr>
          <w:rFonts w:cstheme="majorHAnsi"/>
          <w:sz w:val="20"/>
          <w:szCs w:val="20"/>
          <w:lang w:val="lt-LT"/>
        </w:rPr>
        <w:t xml:space="preserve"> Pietų Baltijos programą 2021–2027 m.</w:t>
      </w:r>
    </w:p>
    <w:p w:rsidRPr="00640061" w:rsidR="00545928" w:rsidRDefault="00000000" w14:paraId="0221A9D5" w14:textId="77777777">
      <w:pPr>
        <w:pStyle w:val="Heading1"/>
        <w:rPr>
          <w:sz w:val="24"/>
          <w:szCs w:val="24"/>
          <w:lang w:val="lt-LT"/>
        </w:rPr>
      </w:pPr>
      <w:r w:rsidRPr="00640061">
        <w:rPr>
          <w:sz w:val="24"/>
          <w:szCs w:val="24"/>
          <w:lang w:val="lt-LT"/>
        </w:rPr>
        <w:t>1. Mokyklos ir komandos duomenys</w:t>
      </w:r>
    </w:p>
    <w:tbl>
      <w:tblPr>
        <w:tblStyle w:val="TableGrid"/>
        <w:tblW w:w="0" w:type="auto"/>
        <w:tblLook w:val="04A0" w:firstRow="1" w:lastRow="0" w:firstColumn="1" w:lastColumn="0" w:noHBand="0" w:noVBand="1"/>
      </w:tblPr>
      <w:tblGrid>
        <w:gridCol w:w="4361"/>
        <w:gridCol w:w="5611"/>
      </w:tblGrid>
      <w:tr w:rsidRPr="00640061" w:rsidR="00545928" w:rsidTr="00640061" w14:paraId="1A909772" w14:textId="77777777">
        <w:tc>
          <w:tcPr>
            <w:tcW w:w="4361" w:type="dxa"/>
          </w:tcPr>
          <w:p w:rsidRPr="00640061" w:rsidR="00545928" w:rsidRDefault="00000000" w14:paraId="607D1490" w14:textId="77777777">
            <w:pPr>
              <w:spacing w:after="60"/>
              <w:rPr>
                <w:sz w:val="22"/>
                <w:lang w:val="lt-LT"/>
              </w:rPr>
            </w:pPr>
            <w:r w:rsidRPr="00640061">
              <w:rPr>
                <w:sz w:val="22"/>
                <w:lang w:val="lt-LT"/>
              </w:rPr>
              <w:t>Mokyklos pavadinimas</w:t>
            </w:r>
          </w:p>
        </w:tc>
        <w:tc>
          <w:tcPr>
            <w:tcW w:w="5611" w:type="dxa"/>
          </w:tcPr>
          <w:p w:rsidRPr="00640061" w:rsidR="00545928" w:rsidRDefault="00545928" w14:paraId="398ABD65" w14:textId="77777777">
            <w:pPr>
              <w:spacing w:after="60"/>
              <w:rPr>
                <w:sz w:val="22"/>
                <w:lang w:val="lt-LT"/>
              </w:rPr>
            </w:pPr>
          </w:p>
        </w:tc>
      </w:tr>
      <w:tr w:rsidRPr="00640061" w:rsidR="00545928" w:rsidTr="00640061" w14:paraId="3F5FD123" w14:textId="77777777">
        <w:tc>
          <w:tcPr>
            <w:tcW w:w="4361" w:type="dxa"/>
          </w:tcPr>
          <w:p w:rsidRPr="00640061" w:rsidR="00545928" w:rsidRDefault="00000000" w14:paraId="380EBC64" w14:textId="77777777">
            <w:pPr>
              <w:spacing w:after="60"/>
              <w:rPr>
                <w:sz w:val="22"/>
                <w:lang w:val="lt-LT"/>
              </w:rPr>
            </w:pPr>
            <w:r w:rsidRPr="00640061">
              <w:rPr>
                <w:sz w:val="22"/>
                <w:lang w:val="lt-LT"/>
              </w:rPr>
              <w:t>Mokyklos savivaldybė</w:t>
            </w:r>
          </w:p>
        </w:tc>
        <w:tc>
          <w:tcPr>
            <w:tcW w:w="5611" w:type="dxa"/>
          </w:tcPr>
          <w:p w:rsidRPr="00640061" w:rsidR="00545928" w:rsidRDefault="00545928" w14:paraId="285E2936" w14:textId="77777777">
            <w:pPr>
              <w:spacing w:after="60"/>
              <w:rPr>
                <w:sz w:val="22"/>
                <w:lang w:val="lt-LT"/>
              </w:rPr>
            </w:pPr>
          </w:p>
        </w:tc>
      </w:tr>
      <w:tr w:rsidRPr="00640061" w:rsidR="00545928" w:rsidTr="00640061" w14:paraId="46DC957D" w14:textId="77777777">
        <w:tc>
          <w:tcPr>
            <w:tcW w:w="4361" w:type="dxa"/>
          </w:tcPr>
          <w:p w:rsidRPr="00640061" w:rsidR="00545928" w:rsidRDefault="00000000" w14:paraId="59E7015B" w14:textId="77777777">
            <w:pPr>
              <w:spacing w:after="60"/>
              <w:rPr>
                <w:sz w:val="22"/>
                <w:lang w:val="lt-LT"/>
              </w:rPr>
            </w:pPr>
            <w:r w:rsidRPr="00640061">
              <w:rPr>
                <w:sz w:val="22"/>
                <w:lang w:val="lt-LT"/>
              </w:rPr>
              <w:t>Komandos pavadinimas</w:t>
            </w:r>
          </w:p>
        </w:tc>
        <w:tc>
          <w:tcPr>
            <w:tcW w:w="5611" w:type="dxa"/>
          </w:tcPr>
          <w:p w:rsidRPr="00640061" w:rsidR="00545928" w:rsidRDefault="00545928" w14:paraId="0E2BF181" w14:textId="77777777">
            <w:pPr>
              <w:spacing w:after="60"/>
              <w:rPr>
                <w:sz w:val="22"/>
                <w:lang w:val="lt-LT"/>
              </w:rPr>
            </w:pPr>
          </w:p>
        </w:tc>
      </w:tr>
      <w:tr w:rsidRPr="00640061" w:rsidR="00545928" w:rsidTr="00640061" w14:paraId="3E75BEB5" w14:textId="77777777">
        <w:tc>
          <w:tcPr>
            <w:tcW w:w="4361" w:type="dxa"/>
          </w:tcPr>
          <w:p w:rsidRPr="00640061" w:rsidR="00545928" w:rsidRDefault="00000000" w14:paraId="175FBC05" w14:textId="77777777">
            <w:pPr>
              <w:spacing w:after="60"/>
              <w:rPr>
                <w:sz w:val="22"/>
                <w:lang w:val="lt-LT"/>
              </w:rPr>
            </w:pPr>
            <w:r w:rsidRPr="00640061">
              <w:rPr>
                <w:sz w:val="22"/>
                <w:lang w:val="lt-LT"/>
              </w:rPr>
              <w:t>Komandos vadovo vardas ir pavardė</w:t>
            </w:r>
          </w:p>
        </w:tc>
        <w:tc>
          <w:tcPr>
            <w:tcW w:w="5611" w:type="dxa"/>
          </w:tcPr>
          <w:p w:rsidRPr="00640061" w:rsidR="00545928" w:rsidRDefault="00545928" w14:paraId="4EBCDCF7" w14:textId="77777777">
            <w:pPr>
              <w:spacing w:after="60"/>
              <w:rPr>
                <w:sz w:val="22"/>
                <w:lang w:val="lt-LT"/>
              </w:rPr>
            </w:pPr>
          </w:p>
        </w:tc>
      </w:tr>
      <w:tr w:rsidRPr="00640061" w:rsidR="00545928" w:rsidTr="00640061" w14:paraId="3110CE0D" w14:textId="77777777">
        <w:tc>
          <w:tcPr>
            <w:tcW w:w="4361" w:type="dxa"/>
          </w:tcPr>
          <w:p w:rsidRPr="00640061" w:rsidR="00545928" w:rsidRDefault="00000000" w14:paraId="4621EA77" w14:textId="77777777">
            <w:pPr>
              <w:spacing w:after="60"/>
              <w:rPr>
                <w:sz w:val="22"/>
                <w:lang w:val="lt-LT"/>
              </w:rPr>
            </w:pPr>
            <w:r w:rsidRPr="00640061">
              <w:rPr>
                <w:sz w:val="22"/>
                <w:lang w:val="lt-LT"/>
              </w:rPr>
              <w:t>Vadovo pareigos mokykloje arba įgaliojimas</w:t>
            </w:r>
          </w:p>
        </w:tc>
        <w:tc>
          <w:tcPr>
            <w:tcW w:w="5611" w:type="dxa"/>
          </w:tcPr>
          <w:p w:rsidRPr="00640061" w:rsidR="00545928" w:rsidRDefault="00545928" w14:paraId="1E2CA05D" w14:textId="77777777">
            <w:pPr>
              <w:spacing w:after="60"/>
              <w:rPr>
                <w:sz w:val="22"/>
                <w:lang w:val="lt-LT"/>
              </w:rPr>
            </w:pPr>
          </w:p>
        </w:tc>
      </w:tr>
      <w:tr w:rsidRPr="00640061" w:rsidR="00545928" w:rsidTr="00640061" w14:paraId="5333812E" w14:textId="77777777">
        <w:tc>
          <w:tcPr>
            <w:tcW w:w="4361" w:type="dxa"/>
          </w:tcPr>
          <w:p w:rsidRPr="00640061" w:rsidR="00545928" w:rsidRDefault="00000000" w14:paraId="6CBDA063" w14:textId="77777777">
            <w:pPr>
              <w:spacing w:after="60"/>
              <w:rPr>
                <w:sz w:val="22"/>
                <w:lang w:val="lt-LT"/>
              </w:rPr>
            </w:pPr>
            <w:r w:rsidRPr="00640061">
              <w:rPr>
                <w:sz w:val="22"/>
                <w:lang w:val="lt-LT"/>
              </w:rPr>
              <w:t>Vadovo el. paštas</w:t>
            </w:r>
          </w:p>
        </w:tc>
        <w:tc>
          <w:tcPr>
            <w:tcW w:w="5611" w:type="dxa"/>
          </w:tcPr>
          <w:p w:rsidRPr="00640061" w:rsidR="00545928" w:rsidRDefault="00545928" w14:paraId="41BEE3BC" w14:textId="77777777">
            <w:pPr>
              <w:spacing w:after="60"/>
              <w:rPr>
                <w:sz w:val="22"/>
                <w:lang w:val="lt-LT"/>
              </w:rPr>
            </w:pPr>
          </w:p>
        </w:tc>
      </w:tr>
      <w:tr w:rsidRPr="00640061" w:rsidR="00545928" w:rsidTr="00640061" w14:paraId="29E3F04F" w14:textId="77777777">
        <w:tc>
          <w:tcPr>
            <w:tcW w:w="4361" w:type="dxa"/>
          </w:tcPr>
          <w:p w:rsidRPr="00640061" w:rsidR="00545928" w:rsidRDefault="00000000" w14:paraId="79EFB266" w14:textId="77777777">
            <w:pPr>
              <w:spacing w:after="60"/>
              <w:rPr>
                <w:sz w:val="22"/>
                <w:lang w:val="lt-LT"/>
              </w:rPr>
            </w:pPr>
            <w:r w:rsidRPr="00640061">
              <w:rPr>
                <w:sz w:val="22"/>
                <w:lang w:val="lt-LT"/>
              </w:rPr>
              <w:t>Vadovo telefonas</w:t>
            </w:r>
          </w:p>
        </w:tc>
        <w:tc>
          <w:tcPr>
            <w:tcW w:w="5611" w:type="dxa"/>
          </w:tcPr>
          <w:p w:rsidRPr="00640061" w:rsidR="00545928" w:rsidRDefault="00545928" w14:paraId="7B9BFA72" w14:textId="77777777">
            <w:pPr>
              <w:spacing w:after="60"/>
              <w:rPr>
                <w:sz w:val="22"/>
                <w:lang w:val="lt-LT"/>
              </w:rPr>
            </w:pPr>
          </w:p>
        </w:tc>
      </w:tr>
    </w:tbl>
    <w:p w:rsidRPr="00640061" w:rsidR="00545928" w:rsidRDefault="00000000" w14:paraId="2886DB25" w14:textId="77777777">
      <w:pPr>
        <w:rPr>
          <w:b/>
          <w:bCs/>
          <w:sz w:val="22"/>
          <w:lang w:val="lt-LT"/>
        </w:rPr>
      </w:pPr>
      <w:r w:rsidRPr="00640061">
        <w:rPr>
          <w:b/>
          <w:bCs/>
          <w:sz w:val="22"/>
          <w:lang w:val="lt-LT"/>
        </w:rPr>
        <w:t>Komandą sudaro 3–5 mokiniai. Vadovas į šį skaičių neįskaičiuojamas.</w:t>
      </w:r>
    </w:p>
    <w:tbl>
      <w:tblPr>
        <w:tblStyle w:val="TableGrid"/>
        <w:tblW w:w="0" w:type="auto"/>
        <w:tblLook w:val="04A0" w:firstRow="1" w:lastRow="0" w:firstColumn="1" w:lastColumn="0" w:noHBand="0" w:noVBand="1"/>
      </w:tblPr>
      <w:tblGrid>
        <w:gridCol w:w="534"/>
        <w:gridCol w:w="7512"/>
        <w:gridCol w:w="1926"/>
      </w:tblGrid>
      <w:tr w:rsidRPr="00640061" w:rsidR="00545928" w:rsidTr="00640061" w14:paraId="63CC92CB" w14:textId="77777777">
        <w:tc>
          <w:tcPr>
            <w:tcW w:w="534" w:type="dxa"/>
          </w:tcPr>
          <w:p w:rsidRPr="00640061" w:rsidR="00545928" w:rsidRDefault="00000000" w14:paraId="5891E91D" w14:textId="77777777">
            <w:pPr>
              <w:rPr>
                <w:sz w:val="22"/>
                <w:lang w:val="lt-LT"/>
              </w:rPr>
            </w:pPr>
            <w:r w:rsidRPr="00640061">
              <w:rPr>
                <w:sz w:val="22"/>
                <w:lang w:val="lt-LT"/>
              </w:rPr>
              <w:t>Nr.</w:t>
            </w:r>
          </w:p>
        </w:tc>
        <w:tc>
          <w:tcPr>
            <w:tcW w:w="7512" w:type="dxa"/>
          </w:tcPr>
          <w:p w:rsidRPr="00640061" w:rsidR="00545928" w:rsidRDefault="00000000" w14:paraId="70A8F318" w14:textId="77777777">
            <w:pPr>
              <w:rPr>
                <w:sz w:val="22"/>
                <w:lang w:val="lt-LT"/>
              </w:rPr>
            </w:pPr>
            <w:r w:rsidRPr="00640061">
              <w:rPr>
                <w:sz w:val="22"/>
                <w:lang w:val="lt-LT"/>
              </w:rPr>
              <w:t>Mokinio vardas ir pavardė</w:t>
            </w:r>
          </w:p>
        </w:tc>
        <w:tc>
          <w:tcPr>
            <w:tcW w:w="1926" w:type="dxa"/>
          </w:tcPr>
          <w:p w:rsidRPr="00640061" w:rsidR="00545928" w:rsidRDefault="00000000" w14:paraId="1C82DFB3" w14:textId="77777777">
            <w:pPr>
              <w:rPr>
                <w:sz w:val="22"/>
                <w:lang w:val="lt-LT"/>
              </w:rPr>
            </w:pPr>
            <w:r w:rsidRPr="00640061">
              <w:rPr>
                <w:sz w:val="22"/>
                <w:lang w:val="lt-LT"/>
              </w:rPr>
              <w:t>Klasė</w:t>
            </w:r>
          </w:p>
        </w:tc>
      </w:tr>
      <w:tr w:rsidRPr="00640061" w:rsidR="00545928" w:rsidTr="00640061" w14:paraId="242BC9C6" w14:textId="77777777">
        <w:tc>
          <w:tcPr>
            <w:tcW w:w="534" w:type="dxa"/>
          </w:tcPr>
          <w:p w:rsidRPr="00640061" w:rsidR="00545928" w:rsidRDefault="00000000" w14:paraId="3A285B80" w14:textId="77777777">
            <w:pPr>
              <w:rPr>
                <w:sz w:val="22"/>
                <w:lang w:val="lt-LT"/>
              </w:rPr>
            </w:pPr>
            <w:r w:rsidRPr="00640061">
              <w:rPr>
                <w:sz w:val="22"/>
                <w:lang w:val="lt-LT"/>
              </w:rPr>
              <w:t>1</w:t>
            </w:r>
          </w:p>
        </w:tc>
        <w:tc>
          <w:tcPr>
            <w:tcW w:w="7512" w:type="dxa"/>
          </w:tcPr>
          <w:p w:rsidRPr="00640061" w:rsidR="00545928" w:rsidRDefault="00545928" w14:paraId="394B0A9A" w14:textId="77777777">
            <w:pPr>
              <w:rPr>
                <w:sz w:val="22"/>
                <w:lang w:val="lt-LT"/>
              </w:rPr>
            </w:pPr>
          </w:p>
        </w:tc>
        <w:tc>
          <w:tcPr>
            <w:tcW w:w="1926" w:type="dxa"/>
          </w:tcPr>
          <w:p w:rsidRPr="00640061" w:rsidR="00545928" w:rsidRDefault="00545928" w14:paraId="0EE28C44" w14:textId="77777777">
            <w:pPr>
              <w:rPr>
                <w:sz w:val="22"/>
                <w:lang w:val="lt-LT"/>
              </w:rPr>
            </w:pPr>
          </w:p>
        </w:tc>
      </w:tr>
      <w:tr w:rsidRPr="00640061" w:rsidR="00545928" w:rsidTr="00640061" w14:paraId="7F8A657B" w14:textId="77777777">
        <w:tc>
          <w:tcPr>
            <w:tcW w:w="534" w:type="dxa"/>
          </w:tcPr>
          <w:p w:rsidRPr="00640061" w:rsidR="00545928" w:rsidRDefault="00000000" w14:paraId="3EE865D4" w14:textId="77777777">
            <w:pPr>
              <w:rPr>
                <w:sz w:val="22"/>
                <w:lang w:val="lt-LT"/>
              </w:rPr>
            </w:pPr>
            <w:r w:rsidRPr="00640061">
              <w:rPr>
                <w:sz w:val="22"/>
                <w:lang w:val="lt-LT"/>
              </w:rPr>
              <w:t>2</w:t>
            </w:r>
          </w:p>
        </w:tc>
        <w:tc>
          <w:tcPr>
            <w:tcW w:w="7512" w:type="dxa"/>
          </w:tcPr>
          <w:p w:rsidRPr="00640061" w:rsidR="00545928" w:rsidRDefault="00545928" w14:paraId="749758FE" w14:textId="77777777">
            <w:pPr>
              <w:rPr>
                <w:sz w:val="22"/>
                <w:lang w:val="lt-LT"/>
              </w:rPr>
            </w:pPr>
          </w:p>
        </w:tc>
        <w:tc>
          <w:tcPr>
            <w:tcW w:w="1926" w:type="dxa"/>
          </w:tcPr>
          <w:p w:rsidRPr="00640061" w:rsidR="00545928" w:rsidRDefault="00545928" w14:paraId="6D3E0673" w14:textId="77777777">
            <w:pPr>
              <w:rPr>
                <w:sz w:val="22"/>
                <w:lang w:val="lt-LT"/>
              </w:rPr>
            </w:pPr>
          </w:p>
        </w:tc>
      </w:tr>
      <w:tr w:rsidRPr="00640061" w:rsidR="00545928" w:rsidTr="00640061" w14:paraId="19BBF171" w14:textId="77777777">
        <w:tc>
          <w:tcPr>
            <w:tcW w:w="534" w:type="dxa"/>
          </w:tcPr>
          <w:p w:rsidRPr="00640061" w:rsidR="00545928" w:rsidRDefault="00000000" w14:paraId="7B641BB0" w14:textId="77777777">
            <w:pPr>
              <w:rPr>
                <w:sz w:val="22"/>
                <w:lang w:val="lt-LT"/>
              </w:rPr>
            </w:pPr>
            <w:r w:rsidRPr="00640061">
              <w:rPr>
                <w:sz w:val="22"/>
                <w:lang w:val="lt-LT"/>
              </w:rPr>
              <w:t>3</w:t>
            </w:r>
          </w:p>
        </w:tc>
        <w:tc>
          <w:tcPr>
            <w:tcW w:w="7512" w:type="dxa"/>
          </w:tcPr>
          <w:p w:rsidRPr="00640061" w:rsidR="00545928" w:rsidRDefault="00545928" w14:paraId="4A872074" w14:textId="77777777">
            <w:pPr>
              <w:rPr>
                <w:sz w:val="22"/>
                <w:lang w:val="lt-LT"/>
              </w:rPr>
            </w:pPr>
          </w:p>
        </w:tc>
        <w:tc>
          <w:tcPr>
            <w:tcW w:w="1926" w:type="dxa"/>
          </w:tcPr>
          <w:p w:rsidRPr="00640061" w:rsidR="00545928" w:rsidRDefault="00545928" w14:paraId="3CF4E32C" w14:textId="77777777">
            <w:pPr>
              <w:rPr>
                <w:sz w:val="22"/>
                <w:lang w:val="lt-LT"/>
              </w:rPr>
            </w:pPr>
          </w:p>
        </w:tc>
      </w:tr>
      <w:tr w:rsidRPr="00640061" w:rsidR="00545928" w:rsidTr="00640061" w14:paraId="038B0766" w14:textId="77777777">
        <w:tc>
          <w:tcPr>
            <w:tcW w:w="534" w:type="dxa"/>
          </w:tcPr>
          <w:p w:rsidRPr="00640061" w:rsidR="00545928" w:rsidRDefault="00000000" w14:paraId="5A2A4973" w14:textId="77777777">
            <w:pPr>
              <w:rPr>
                <w:sz w:val="22"/>
                <w:lang w:val="lt-LT"/>
              </w:rPr>
            </w:pPr>
            <w:r w:rsidRPr="00640061">
              <w:rPr>
                <w:sz w:val="22"/>
                <w:lang w:val="lt-LT"/>
              </w:rPr>
              <w:t>4</w:t>
            </w:r>
          </w:p>
        </w:tc>
        <w:tc>
          <w:tcPr>
            <w:tcW w:w="7512" w:type="dxa"/>
          </w:tcPr>
          <w:p w:rsidRPr="00640061" w:rsidR="00545928" w:rsidRDefault="00545928" w14:paraId="2350B2F8" w14:textId="77777777">
            <w:pPr>
              <w:rPr>
                <w:sz w:val="22"/>
                <w:lang w:val="lt-LT"/>
              </w:rPr>
            </w:pPr>
          </w:p>
        </w:tc>
        <w:tc>
          <w:tcPr>
            <w:tcW w:w="1926" w:type="dxa"/>
          </w:tcPr>
          <w:p w:rsidRPr="00640061" w:rsidR="00545928" w:rsidRDefault="00545928" w14:paraId="69EEA70A" w14:textId="77777777">
            <w:pPr>
              <w:rPr>
                <w:sz w:val="22"/>
                <w:lang w:val="lt-LT"/>
              </w:rPr>
            </w:pPr>
          </w:p>
        </w:tc>
      </w:tr>
      <w:tr w:rsidRPr="00640061" w:rsidR="00545928" w:rsidTr="00640061" w14:paraId="19C073E0" w14:textId="77777777">
        <w:tc>
          <w:tcPr>
            <w:tcW w:w="534" w:type="dxa"/>
          </w:tcPr>
          <w:p w:rsidRPr="00640061" w:rsidR="00545928" w:rsidRDefault="00000000" w14:paraId="07A78297" w14:textId="77777777">
            <w:pPr>
              <w:rPr>
                <w:sz w:val="22"/>
                <w:lang w:val="lt-LT"/>
              </w:rPr>
            </w:pPr>
            <w:r w:rsidRPr="00640061">
              <w:rPr>
                <w:sz w:val="22"/>
                <w:lang w:val="lt-LT"/>
              </w:rPr>
              <w:t>5</w:t>
            </w:r>
          </w:p>
        </w:tc>
        <w:tc>
          <w:tcPr>
            <w:tcW w:w="7512" w:type="dxa"/>
          </w:tcPr>
          <w:p w:rsidRPr="00640061" w:rsidR="00545928" w:rsidRDefault="00545928" w14:paraId="4049869D" w14:textId="77777777">
            <w:pPr>
              <w:rPr>
                <w:sz w:val="22"/>
                <w:lang w:val="lt-LT"/>
              </w:rPr>
            </w:pPr>
          </w:p>
        </w:tc>
        <w:tc>
          <w:tcPr>
            <w:tcW w:w="1926" w:type="dxa"/>
          </w:tcPr>
          <w:p w:rsidRPr="00640061" w:rsidR="00545928" w:rsidRDefault="00545928" w14:paraId="5FBE11DF" w14:textId="77777777">
            <w:pPr>
              <w:rPr>
                <w:sz w:val="22"/>
                <w:lang w:val="lt-LT"/>
              </w:rPr>
            </w:pPr>
          </w:p>
        </w:tc>
      </w:tr>
    </w:tbl>
    <w:p w:rsidRPr="00640061" w:rsidR="00545928" w:rsidRDefault="00000000" w14:paraId="072A2661" w14:textId="77777777">
      <w:pPr>
        <w:pStyle w:val="Heading1"/>
        <w:rPr>
          <w:sz w:val="24"/>
          <w:szCs w:val="24"/>
          <w:lang w:val="lt-LT"/>
        </w:rPr>
      </w:pPr>
      <w:r w:rsidRPr="00640061">
        <w:rPr>
          <w:sz w:val="24"/>
          <w:szCs w:val="24"/>
          <w:lang w:val="lt-LT"/>
        </w:rPr>
        <w:t>2. Vadovo patvirtinimai</w:t>
      </w:r>
    </w:p>
    <w:p w:rsidRPr="00640061" w:rsidR="00545928" w:rsidRDefault="00000000" w14:paraId="770F0E15" w14:textId="77777777">
      <w:pPr>
        <w:rPr>
          <w:sz w:val="22"/>
          <w:lang w:val="lt-LT"/>
        </w:rPr>
      </w:pPr>
      <w:r w:rsidRPr="00640061">
        <w:rPr>
          <w:sz w:val="22"/>
          <w:lang w:val="lt-LT"/>
        </w:rPr>
        <w:t>Pažymėkite taikomus patvirtinimus. Pirmasis pažymimas registruojantis, likusieji – pateikiant galutinį darbą.</w:t>
      </w:r>
    </w:p>
    <w:p w:rsidRPr="00640061" w:rsidR="00545928" w:rsidP="1C577CFE" w:rsidRDefault="00000000" w14:paraId="1ECF576B" w14:textId="6F32174D">
      <w:pPr>
        <w:rPr>
          <w:sz w:val="22"/>
          <w:szCs w:val="22"/>
          <w:lang w:val="lt-LT"/>
        </w:rPr>
      </w:pPr>
      <w:r w:rsidRPr="1C577CFE">
        <w:rPr>
          <w:sz w:val="22"/>
          <w:szCs w:val="22"/>
          <w:lang w:val="lt-LT"/>
        </w:rPr>
        <w:t>☐ Patvirtinu, kad mokykla įgaliojo mane vadovauti šiai komandai ir lydėti mokinius konkurso išvykose.</w:t>
      </w:r>
      <w:r>
        <w:br/>
      </w:r>
      <w:r w:rsidRPr="1C577CFE">
        <w:rPr>
          <w:sz w:val="22"/>
          <w:szCs w:val="22"/>
          <w:lang w:val="lt-LT"/>
        </w:rPr>
        <w:t>☐ Patvirtinu, kad pateikti tekstai ir nuotraukos bei papildomas filmukas, jei jis pateikiamas, yra sukurti komandos, o informacijos šaltiniai tinkamai nurodyti.</w:t>
      </w:r>
      <w:r>
        <w:br/>
      </w:r>
      <w:r w:rsidRPr="1C577CFE">
        <w:rPr>
          <w:sz w:val="22"/>
          <w:szCs w:val="22"/>
          <w:lang w:val="lt-LT"/>
        </w:rPr>
        <w:t xml:space="preserve">☐ Patvirtinu, kad pridedama po vieną pasirašytą tėvų ar kitų teisėtų atstovų </w:t>
      </w:r>
      <w:r w:rsidRPr="1C577CFE" w:rsidR="591DE0F4">
        <w:rPr>
          <w:sz w:val="22"/>
          <w:szCs w:val="22"/>
          <w:lang w:val="lt-LT"/>
        </w:rPr>
        <w:t xml:space="preserve">sutikimą </w:t>
      </w:r>
      <w:r w:rsidRPr="1C577CFE">
        <w:rPr>
          <w:sz w:val="22"/>
          <w:szCs w:val="22"/>
          <w:lang w:val="lt-LT"/>
        </w:rPr>
        <w:t>kiekvienam komandos dalyviui, mokyklos patvirtinimas ir reikalingi trečiųjų asmenų sutikimai. Sutikimai apima RTVIC socialinių tinklų paskyrose viešinamų atvaizdų, balsų ir kitų asmens duomenų naudojimą projekto viešinimo bei turizmo rinkodaros tikslais. Medžiagoje nėra asmenų, kurių viešinti neleidžiama.</w:t>
      </w:r>
      <w:r>
        <w:br/>
      </w:r>
      <w:r w:rsidRPr="1C577CFE">
        <w:rPr>
          <w:sz w:val="22"/>
          <w:szCs w:val="22"/>
          <w:lang w:val="lt-LT"/>
        </w:rPr>
        <w:t>☐ Patvirtinu, kad susipažinau su konkurso nuostatais ir pateikti duomenys yra teisingi.</w:t>
      </w:r>
      <w:r>
        <w:br/>
      </w:r>
      <w:r w:rsidRPr="1C577CFE">
        <w:rPr>
          <w:sz w:val="22"/>
          <w:szCs w:val="22"/>
          <w:lang w:val="lt-LT"/>
        </w:rPr>
        <w:t>☐ Patvirtinu, kad turiu teisę pateiktus tekstus, nuotraukas ir filmuką, jei jis pateikiamas, perduoti Organizatoriui naudoti konkurso ir BRIDGE projekto viešinimo bei tarptautinio žemėlapio tikslais, išsaugant autorystę ir laikantis nuostatuose nustatytų viešinimo sąlygų. Suprantu, kad visos pateiktos nuotraukos ir papildomi filmukai bus viešinami RTVIC socialiniuose tinkluose, laikantis gautų sutikimų.</w:t>
      </w:r>
      <w:r>
        <w:br/>
      </w:r>
    </w:p>
    <w:p w:rsidRPr="00640061" w:rsidR="00545928" w:rsidRDefault="00000000" w14:paraId="13596270" w14:textId="77777777">
      <w:pPr>
        <w:rPr>
          <w:sz w:val="22"/>
          <w:lang w:val="lt-LT"/>
        </w:rPr>
      </w:pPr>
      <w:r w:rsidRPr="1C577CFE">
        <w:rPr>
          <w:sz w:val="22"/>
          <w:szCs w:val="22"/>
          <w:lang w:val="lt-LT"/>
        </w:rPr>
        <w:t>Vadovo vardas ir pavardė: ____________________    Data: ______________</w:t>
      </w:r>
    </w:p>
    <w:p w:rsidR="1C577CFE" w:rsidP="1C577CFE" w:rsidRDefault="1C577CFE" w14:paraId="67033055" w14:textId="2D35BB55">
      <w:pPr>
        <w:spacing w:after="0" w:line="240" w:lineRule="auto"/>
        <w:rPr>
          <w:sz w:val="22"/>
          <w:szCs w:val="22"/>
          <w:lang w:val="lt-LT"/>
        </w:rPr>
      </w:pPr>
    </w:p>
    <w:p w:rsidR="1C577CFE" w:rsidP="1C577CFE" w:rsidRDefault="1C577CFE" w14:paraId="5E0975DA" w14:textId="694551DC">
      <w:pPr>
        <w:spacing w:after="0" w:line="240" w:lineRule="auto"/>
        <w:rPr>
          <w:sz w:val="22"/>
          <w:szCs w:val="22"/>
          <w:lang w:val="lt-LT"/>
        </w:rPr>
      </w:pPr>
    </w:p>
    <w:p w:rsidRPr="007074C2" w:rsidR="00545928" w:rsidP="1C577CFE" w:rsidRDefault="00000000" w14:paraId="25930E93" w14:textId="6576D855">
      <w:pPr>
        <w:spacing w:after="0" w:line="240" w:lineRule="auto"/>
        <w:rPr>
          <w:sz w:val="22"/>
          <w:szCs w:val="22"/>
          <w:lang w:val="lt-LT"/>
        </w:rPr>
      </w:pPr>
      <w:r w:rsidRPr="6FC969DD" w:rsidR="00000000">
        <w:rPr>
          <w:sz w:val="22"/>
          <w:szCs w:val="22"/>
          <w:lang w:val="lt-LT"/>
        </w:rPr>
        <w:t>Pateikiam</w:t>
      </w:r>
      <w:r w:rsidRPr="6FC969DD" w:rsidR="33AE2E97">
        <w:rPr>
          <w:sz w:val="22"/>
          <w:szCs w:val="22"/>
          <w:lang w:val="lt-LT"/>
        </w:rPr>
        <w:t>as</w:t>
      </w:r>
      <w:r w:rsidRPr="6FC969DD" w:rsidR="00000000">
        <w:rPr>
          <w:sz w:val="22"/>
          <w:szCs w:val="22"/>
          <w:lang w:val="lt-LT"/>
        </w:rPr>
        <w:t xml:space="preserve"> atradim</w:t>
      </w:r>
      <w:r w:rsidRPr="6FC969DD" w:rsidR="57893E5B">
        <w:rPr>
          <w:sz w:val="22"/>
          <w:szCs w:val="22"/>
          <w:lang w:val="lt-LT"/>
        </w:rPr>
        <w:t>o aprašymas</w:t>
      </w:r>
      <w:r w:rsidRPr="6FC969DD" w:rsidR="00000000">
        <w:rPr>
          <w:sz w:val="22"/>
          <w:szCs w:val="22"/>
          <w:lang w:val="lt-LT"/>
        </w:rPr>
        <w:t>. Prie atradimo pridedamos dvi nuotraukos.</w:t>
      </w:r>
    </w:p>
    <w:p w:rsidR="3568D159" w:rsidP="6FC969DD" w:rsidRDefault="3568D159" w14:paraId="638F4207" w14:textId="75B89109">
      <w:pPr>
        <w:pStyle w:val="Heading1"/>
        <w:suppressLineNumbers w:val="0"/>
        <w:bidi w:val="0"/>
        <w:spacing w:before="480" w:beforeAutospacing="off" w:after="0" w:afterAutospacing="off" w:line="276" w:lineRule="auto"/>
        <w:ind w:left="0" w:right="0"/>
        <w:jc w:val="left"/>
      </w:pPr>
      <w:r w:rsidRPr="6FC969DD" w:rsidR="3568D159">
        <w:rPr>
          <w:lang w:val="lt-LT"/>
        </w:rPr>
        <w:t>Atradimas</w:t>
      </w:r>
    </w:p>
    <w:tbl>
      <w:tblPr>
        <w:tblStyle w:val="TableGrid"/>
        <w:tblW w:w="0" w:type="auto"/>
        <w:tblLook w:val="04A0" w:firstRow="1" w:lastRow="0" w:firstColumn="1" w:lastColumn="0" w:noHBand="0" w:noVBand="1"/>
      </w:tblPr>
      <w:tblGrid>
        <w:gridCol w:w="3794"/>
        <w:gridCol w:w="6178"/>
      </w:tblGrid>
      <w:tr w:rsidRPr="00E542BC" w:rsidR="00545928" w:rsidTr="6FC969DD" w14:paraId="1BC0F6CD" w14:textId="77777777">
        <w:tc>
          <w:tcPr>
            <w:tcW w:w="3794" w:type="dxa"/>
            <w:tcMar/>
          </w:tcPr>
          <w:p w:rsidRPr="00E542BC" w:rsidR="00545928" w:rsidP="00D740BB" w:rsidRDefault="00000000" w14:paraId="2305EFF9" w14:textId="77777777">
            <w:pPr>
              <w:spacing w:after="60"/>
              <w:rPr>
                <w:sz w:val="21"/>
                <w:szCs w:val="21"/>
                <w:lang w:val="lt-LT"/>
              </w:rPr>
            </w:pPr>
            <w:r w:rsidRPr="00E542BC">
              <w:rPr>
                <w:sz w:val="21"/>
                <w:szCs w:val="21"/>
                <w:lang w:val="lt-LT"/>
              </w:rPr>
              <w:t>Vietos arba atradimo pavadinimas</w:t>
            </w:r>
          </w:p>
        </w:tc>
        <w:tc>
          <w:tcPr>
            <w:tcW w:w="6178" w:type="dxa"/>
            <w:tcMar/>
          </w:tcPr>
          <w:p w:rsidRPr="00E542BC" w:rsidR="00545928" w:rsidP="00D740BB" w:rsidRDefault="00545928" w14:paraId="35D3DC8E" w14:textId="77777777">
            <w:pPr>
              <w:spacing w:after="60"/>
              <w:rPr>
                <w:sz w:val="21"/>
                <w:szCs w:val="21"/>
                <w:lang w:val="lt-LT"/>
              </w:rPr>
            </w:pPr>
          </w:p>
        </w:tc>
      </w:tr>
      <w:tr w:rsidRPr="00E542BC" w:rsidR="00545928" w:rsidTr="6FC969DD" w14:paraId="7C40097D" w14:textId="77777777">
        <w:tc>
          <w:tcPr>
            <w:tcW w:w="3794" w:type="dxa"/>
            <w:tcMar/>
          </w:tcPr>
          <w:p w:rsidRPr="00E542BC" w:rsidR="00545928" w:rsidP="00D740BB" w:rsidRDefault="00000000" w14:paraId="54C8C753" w14:textId="77777777">
            <w:pPr>
              <w:spacing w:after="60"/>
              <w:rPr>
                <w:sz w:val="21"/>
                <w:szCs w:val="21"/>
                <w:lang w:val="lt-LT"/>
              </w:rPr>
            </w:pPr>
            <w:r w:rsidRPr="00E542BC">
              <w:rPr>
                <w:sz w:val="21"/>
                <w:szCs w:val="21"/>
                <w:lang w:val="lt-LT"/>
              </w:rPr>
              <w:t>Vietovė ir adresas arba vietos apibūdinimas</w:t>
            </w:r>
          </w:p>
        </w:tc>
        <w:tc>
          <w:tcPr>
            <w:tcW w:w="6178" w:type="dxa"/>
            <w:tcMar/>
          </w:tcPr>
          <w:p w:rsidRPr="00E542BC" w:rsidR="00545928" w:rsidP="00D740BB" w:rsidRDefault="00545928" w14:paraId="3593A57A" w14:textId="77777777">
            <w:pPr>
              <w:spacing w:after="60"/>
              <w:rPr>
                <w:sz w:val="21"/>
                <w:szCs w:val="21"/>
                <w:lang w:val="lt-LT"/>
              </w:rPr>
            </w:pPr>
          </w:p>
        </w:tc>
      </w:tr>
      <w:tr w:rsidRPr="00E542BC" w:rsidR="00545928" w:rsidTr="6FC969DD" w14:paraId="5FBF191D" w14:textId="77777777">
        <w:tc>
          <w:tcPr>
            <w:tcW w:w="3794" w:type="dxa"/>
            <w:tcMar/>
          </w:tcPr>
          <w:p w:rsidRPr="00E542BC" w:rsidR="00545928" w:rsidP="00D740BB" w:rsidRDefault="00000000" w14:paraId="3FB90E40" w14:textId="77777777">
            <w:pPr>
              <w:spacing w:after="60"/>
              <w:rPr>
                <w:sz w:val="21"/>
                <w:szCs w:val="21"/>
                <w:lang w:val="lt-LT"/>
              </w:rPr>
            </w:pPr>
            <w:r w:rsidRPr="00E542BC">
              <w:rPr>
                <w:sz w:val="21"/>
                <w:szCs w:val="21"/>
                <w:lang w:val="lt-LT"/>
              </w:rPr>
              <w:t>GPS koordinatės</w:t>
            </w:r>
          </w:p>
        </w:tc>
        <w:tc>
          <w:tcPr>
            <w:tcW w:w="6178" w:type="dxa"/>
            <w:tcMar/>
          </w:tcPr>
          <w:p w:rsidRPr="00E542BC" w:rsidR="00545928" w:rsidP="00D740BB" w:rsidRDefault="00000000" w14:paraId="3964813F" w14:textId="77777777">
            <w:pPr>
              <w:spacing w:after="60"/>
              <w:rPr>
                <w:sz w:val="21"/>
                <w:szCs w:val="21"/>
                <w:lang w:val="lt-LT"/>
              </w:rPr>
            </w:pPr>
            <w:r w:rsidRPr="00E542BC">
              <w:rPr>
                <w:sz w:val="21"/>
                <w:szCs w:val="21"/>
                <w:lang w:val="lt-LT"/>
              </w:rPr>
              <w:t>Platuma: __________________  Ilguma: __________________</w:t>
            </w:r>
          </w:p>
        </w:tc>
      </w:tr>
      <w:tr w:rsidRPr="00E542BC" w:rsidR="00545928" w:rsidTr="6FC969DD" w14:paraId="7F1F3AB1" w14:textId="77777777">
        <w:tc>
          <w:tcPr>
            <w:tcW w:w="3794" w:type="dxa"/>
            <w:tcMar/>
          </w:tcPr>
          <w:p w:rsidRPr="00E542BC" w:rsidR="00545928" w:rsidP="00D740BB" w:rsidRDefault="00000000" w14:paraId="41335576" w14:textId="77777777">
            <w:pPr>
              <w:spacing w:after="60"/>
              <w:rPr>
                <w:sz w:val="21"/>
                <w:szCs w:val="21"/>
                <w:lang w:val="lt-LT"/>
              </w:rPr>
            </w:pPr>
            <w:r w:rsidRPr="00E542BC">
              <w:rPr>
                <w:sz w:val="21"/>
                <w:szCs w:val="21"/>
                <w:lang w:val="lt-LT"/>
              </w:rPr>
              <w:t>Aprašymas iki 500 ženklų su tarpais</w:t>
            </w:r>
          </w:p>
        </w:tc>
        <w:tc>
          <w:tcPr>
            <w:tcW w:w="6178" w:type="dxa"/>
            <w:tcMar/>
          </w:tcPr>
          <w:p w:rsidRPr="00E542BC" w:rsidR="00545928" w:rsidP="00D740BB" w:rsidRDefault="00000000" w14:paraId="6962673B" w14:textId="77777777">
            <w:pPr>
              <w:spacing w:after="60"/>
              <w:rPr>
                <w:sz w:val="21"/>
                <w:szCs w:val="21"/>
                <w:lang w:val="lt-LT"/>
              </w:rPr>
            </w:pPr>
            <w:r w:rsidRPr="00E542BC">
              <w:rPr>
                <w:sz w:val="21"/>
                <w:szCs w:val="21"/>
                <w:lang w:val="lt-LT"/>
              </w:rPr>
              <w:br/>
            </w:r>
            <w:r w:rsidRPr="00E542BC">
              <w:rPr>
                <w:sz w:val="21"/>
                <w:szCs w:val="21"/>
                <w:lang w:val="lt-LT"/>
              </w:rPr>
              <w:br/>
            </w:r>
            <w:r w:rsidRPr="00E542BC">
              <w:rPr>
                <w:sz w:val="21"/>
                <w:szCs w:val="21"/>
                <w:lang w:val="lt-LT"/>
              </w:rPr>
              <w:br/>
            </w:r>
          </w:p>
        </w:tc>
      </w:tr>
      <w:tr w:rsidRPr="00E542BC" w:rsidR="00545928" w:rsidTr="6FC969DD" w14:paraId="7098AB5D" w14:textId="77777777">
        <w:tc>
          <w:tcPr>
            <w:tcW w:w="3794" w:type="dxa"/>
            <w:tcMar/>
          </w:tcPr>
          <w:p w:rsidRPr="00E542BC" w:rsidR="00545928" w:rsidP="00D740BB" w:rsidRDefault="00000000" w14:paraId="6C1B8698" w14:textId="77777777">
            <w:pPr>
              <w:spacing w:after="60"/>
              <w:rPr>
                <w:sz w:val="21"/>
                <w:szCs w:val="21"/>
                <w:lang w:val="lt-LT"/>
              </w:rPr>
            </w:pPr>
            <w:r w:rsidRPr="00E542BC">
              <w:rPr>
                <w:sz w:val="21"/>
                <w:szCs w:val="21"/>
                <w:lang w:val="lt-LT"/>
              </w:rPr>
              <w:t>Informacijos šaltiniai</w:t>
            </w:r>
          </w:p>
        </w:tc>
        <w:tc>
          <w:tcPr>
            <w:tcW w:w="6178" w:type="dxa"/>
            <w:tcMar/>
          </w:tcPr>
          <w:p w:rsidRPr="00E542BC" w:rsidR="00545928" w:rsidP="00D740BB" w:rsidRDefault="00000000" w14:paraId="77075D71" w14:textId="77777777">
            <w:pPr>
              <w:spacing w:after="60"/>
              <w:rPr>
                <w:sz w:val="21"/>
                <w:szCs w:val="21"/>
                <w:lang w:val="lt-LT"/>
              </w:rPr>
            </w:pPr>
            <w:r w:rsidRPr="00E542BC">
              <w:rPr>
                <w:sz w:val="21"/>
                <w:szCs w:val="21"/>
                <w:lang w:val="lt-LT"/>
              </w:rPr>
              <w:br/>
            </w:r>
          </w:p>
        </w:tc>
      </w:tr>
      <w:tr w:rsidRPr="00E542BC" w:rsidR="00545928" w:rsidTr="6FC969DD" w14:paraId="79B203C1" w14:textId="77777777">
        <w:tc>
          <w:tcPr>
            <w:tcW w:w="3794" w:type="dxa"/>
            <w:tcMar/>
          </w:tcPr>
          <w:p w:rsidRPr="00E542BC" w:rsidR="00545928" w:rsidP="00D740BB" w:rsidRDefault="00000000" w14:paraId="2BF2FD9B" w14:textId="77777777">
            <w:pPr>
              <w:spacing w:after="60"/>
              <w:rPr>
                <w:sz w:val="21"/>
                <w:szCs w:val="21"/>
                <w:lang w:val="lt-LT"/>
              </w:rPr>
            </w:pPr>
            <w:r w:rsidRPr="00E542BC">
              <w:rPr>
                <w:sz w:val="21"/>
                <w:szCs w:val="21"/>
                <w:lang w:val="lt-LT"/>
              </w:rPr>
              <w:t>Ryšys su Lietuvos, Lenkijos ar Švedijos bendra istorija ir kultūra, jei nustatytas</w:t>
            </w:r>
          </w:p>
        </w:tc>
        <w:tc>
          <w:tcPr>
            <w:tcW w:w="6178" w:type="dxa"/>
            <w:tcMar/>
          </w:tcPr>
          <w:p w:rsidRPr="00E542BC" w:rsidR="00545928" w:rsidP="00D740BB" w:rsidRDefault="00000000" w14:paraId="23F7EFAA" w14:textId="77777777">
            <w:pPr>
              <w:spacing w:after="60"/>
              <w:rPr>
                <w:sz w:val="21"/>
                <w:szCs w:val="21"/>
                <w:lang w:val="lt-LT"/>
              </w:rPr>
            </w:pPr>
            <w:r w:rsidRPr="00E542BC">
              <w:rPr>
                <w:sz w:val="21"/>
                <w:szCs w:val="21"/>
                <w:lang w:val="lt-LT"/>
              </w:rPr>
              <w:br/>
            </w:r>
          </w:p>
        </w:tc>
      </w:tr>
      <w:tr w:rsidRPr="00E542BC" w:rsidR="00545928" w:rsidTr="6FC969DD" w14:paraId="634FB62C" w14:textId="77777777">
        <w:tc>
          <w:tcPr>
            <w:tcW w:w="3794" w:type="dxa"/>
            <w:tcMar/>
          </w:tcPr>
          <w:p w:rsidRPr="00E542BC" w:rsidR="00545928" w:rsidP="00D740BB" w:rsidRDefault="00000000" w14:paraId="3D46E964" w14:textId="36339C43">
            <w:pPr>
              <w:spacing w:after="60"/>
              <w:rPr>
                <w:sz w:val="21"/>
                <w:szCs w:val="21"/>
                <w:lang w:val="lt-LT"/>
              </w:rPr>
            </w:pPr>
            <w:r w:rsidRPr="6FC969DD" w:rsidR="00000000">
              <w:rPr>
                <w:sz w:val="21"/>
                <w:szCs w:val="21"/>
                <w:lang w:val="lt-LT"/>
              </w:rPr>
              <w:t xml:space="preserve">Dviejų nuotraukų </w:t>
            </w:r>
            <w:r w:rsidRPr="6FC969DD" w:rsidR="6C3F1916">
              <w:rPr>
                <w:sz w:val="21"/>
                <w:szCs w:val="21"/>
                <w:lang w:val="lt-LT"/>
              </w:rPr>
              <w:t>bylų</w:t>
            </w:r>
            <w:r w:rsidRPr="6FC969DD" w:rsidR="00000000">
              <w:rPr>
                <w:sz w:val="21"/>
                <w:szCs w:val="21"/>
                <w:lang w:val="lt-LT"/>
              </w:rPr>
              <w:t xml:space="preserve"> pavadinimai</w:t>
            </w:r>
          </w:p>
        </w:tc>
        <w:tc>
          <w:tcPr>
            <w:tcW w:w="6178" w:type="dxa"/>
            <w:tcMar/>
          </w:tcPr>
          <w:p w:rsidRPr="00E542BC" w:rsidR="00545928" w:rsidP="00D740BB" w:rsidRDefault="00000000" w14:paraId="647478EB" w14:textId="77777777">
            <w:pPr>
              <w:spacing w:after="60"/>
              <w:rPr>
                <w:sz w:val="21"/>
                <w:szCs w:val="21"/>
                <w:lang w:val="lt-LT"/>
              </w:rPr>
            </w:pPr>
            <w:r w:rsidRPr="00E542BC">
              <w:rPr>
                <w:sz w:val="21"/>
                <w:szCs w:val="21"/>
                <w:lang w:val="lt-LT"/>
              </w:rPr>
              <w:br/>
            </w:r>
          </w:p>
        </w:tc>
      </w:tr>
      <w:tr w:rsidRPr="00E542BC" w:rsidR="00545928" w:rsidTr="6FC969DD" w14:paraId="3D01ECBC" w14:textId="77777777">
        <w:tc>
          <w:tcPr>
            <w:tcW w:w="3794" w:type="dxa"/>
            <w:tcMar/>
          </w:tcPr>
          <w:p w:rsidRPr="00E542BC" w:rsidR="00545928" w:rsidP="6FC969DD" w:rsidRDefault="00000000" w14:paraId="040C97EB" w14:textId="63633681">
            <w:pPr>
              <w:pStyle w:val="Normal"/>
              <w:suppressLineNumbers w:val="0"/>
              <w:bidi w:val="0"/>
              <w:spacing w:before="0" w:beforeAutospacing="off" w:after="60" w:afterAutospacing="off" w:line="240" w:lineRule="auto"/>
              <w:ind w:left="0" w:right="0"/>
              <w:jc w:val="left"/>
              <w:rPr>
                <w:sz w:val="21"/>
                <w:szCs w:val="21"/>
                <w:lang w:val="lt-LT"/>
              </w:rPr>
            </w:pPr>
            <w:r w:rsidRPr="6FC969DD" w:rsidR="00000000">
              <w:rPr>
                <w:sz w:val="21"/>
                <w:szCs w:val="21"/>
                <w:lang w:val="lt-LT"/>
              </w:rPr>
              <w:t xml:space="preserve">Papildomo filmuko </w:t>
            </w:r>
            <w:r w:rsidRPr="6FC969DD" w:rsidR="1E0ABC27">
              <w:rPr>
                <w:sz w:val="21"/>
                <w:szCs w:val="21"/>
                <w:lang w:val="lt-LT"/>
              </w:rPr>
              <w:t>byl</w:t>
            </w:r>
            <w:r w:rsidRPr="6FC969DD" w:rsidR="587E16D2">
              <w:rPr>
                <w:sz w:val="21"/>
                <w:szCs w:val="21"/>
                <w:lang w:val="lt-LT"/>
              </w:rPr>
              <w:t>os</w:t>
            </w:r>
            <w:r w:rsidRPr="6FC969DD" w:rsidR="1E0ABC27">
              <w:rPr>
                <w:sz w:val="21"/>
                <w:szCs w:val="21"/>
                <w:lang w:val="lt-LT"/>
              </w:rPr>
              <w:t xml:space="preserve"> </w:t>
            </w:r>
            <w:r w:rsidRPr="6FC969DD" w:rsidR="00000000">
              <w:rPr>
                <w:sz w:val="21"/>
                <w:szCs w:val="21"/>
                <w:lang w:val="lt-LT"/>
              </w:rPr>
              <w:t>pavadinimas, jei pateikiamas</w:t>
            </w:r>
          </w:p>
        </w:tc>
        <w:tc>
          <w:tcPr>
            <w:tcW w:w="6178" w:type="dxa"/>
            <w:tcMar/>
          </w:tcPr>
          <w:p w:rsidRPr="00E542BC" w:rsidR="00545928" w:rsidP="00D740BB" w:rsidRDefault="00545928" w14:paraId="722CD55B" w14:textId="77777777">
            <w:pPr>
              <w:spacing w:after="60"/>
              <w:rPr>
                <w:sz w:val="21"/>
                <w:szCs w:val="21"/>
                <w:lang w:val="lt-LT"/>
              </w:rPr>
            </w:pPr>
          </w:p>
        </w:tc>
      </w:tr>
    </w:tbl>
    <w:p w:rsidRPr="00640061" w:rsidR="00545928" w:rsidP="6FC969DD" w:rsidRDefault="00000000" w14:paraId="6B8589E0" w14:textId="5EF909B3">
      <w:pPr>
        <w:pStyle w:val="Heading1"/>
        <w:suppressLineNumbers w:val="0"/>
        <w:bidi w:val="0"/>
        <w:spacing w:before="480" w:beforeAutospacing="off" w:after="0" w:afterAutospacing="off" w:line="276" w:lineRule="auto"/>
        <w:ind w:left="0" w:right="0"/>
        <w:jc w:val="left"/>
        <w:rPr>
          <w:lang w:val="lt-LT"/>
        </w:rPr>
      </w:pPr>
      <w:r w:rsidRPr="6FC969DD" w:rsidR="00000000">
        <w:rPr>
          <w:lang w:val="lt-LT"/>
        </w:rPr>
        <w:t xml:space="preserve">Pateikiamų dokumentų ir </w:t>
      </w:r>
      <w:r w:rsidRPr="6FC969DD" w:rsidR="0265B657">
        <w:rPr>
          <w:lang w:val="lt-LT"/>
        </w:rPr>
        <w:t>bylų</w:t>
      </w:r>
      <w:r w:rsidRPr="6FC969DD" w:rsidR="00000000">
        <w:rPr>
          <w:lang w:val="lt-LT"/>
        </w:rPr>
        <w:t xml:space="preserve"> patikra</w:t>
      </w:r>
    </w:p>
    <w:p w:rsidRPr="006D2A94" w:rsidR="00545928" w:rsidRDefault="00000000" w14:paraId="7D073FA5" w14:textId="77777777">
      <w:pPr>
        <w:rPr>
          <w:sz w:val="22"/>
          <w:lang w:val="lt-LT"/>
        </w:rPr>
      </w:pPr>
      <w:r w:rsidRPr="00640061">
        <w:rPr>
          <w:lang w:val="lt-LT"/>
        </w:rPr>
        <w:t xml:space="preserve">☐ </w:t>
      </w:r>
      <w:r w:rsidRPr="006D2A94">
        <w:rPr>
          <w:sz w:val="22"/>
          <w:lang w:val="lt-LT"/>
        </w:rPr>
        <w:t>Užpildyti mokyklos, komandos, mokinių ir vadovo duomenys.</w:t>
      </w:r>
    </w:p>
    <w:p w:rsidRPr="006D2A94" w:rsidR="00545928" w:rsidP="1C577CFE" w:rsidRDefault="00000000" w14:paraId="1A21A517" w14:textId="18C8C2CE">
      <w:pPr>
        <w:rPr>
          <w:sz w:val="22"/>
          <w:szCs w:val="22"/>
          <w:lang w:val="lt-LT"/>
        </w:rPr>
      </w:pPr>
      <w:r w:rsidRPr="1C577CFE">
        <w:rPr>
          <w:sz w:val="22"/>
          <w:szCs w:val="22"/>
          <w:lang w:val="lt-LT"/>
        </w:rPr>
        <w:t>☐ Aprašytas atradimas, nurodytos koordinatės ir šaltiniai.</w:t>
      </w:r>
    </w:p>
    <w:p w:rsidRPr="006D2A94" w:rsidR="00545928" w:rsidP="1C577CFE" w:rsidRDefault="00000000" w14:paraId="17C7187B" w14:textId="0CEAF81B">
      <w:pPr>
        <w:rPr>
          <w:sz w:val="22"/>
          <w:szCs w:val="22"/>
          <w:lang w:val="lt-LT"/>
        </w:rPr>
      </w:pPr>
      <w:r w:rsidRPr="1C577CFE">
        <w:rPr>
          <w:sz w:val="22"/>
          <w:szCs w:val="22"/>
          <w:lang w:val="lt-LT"/>
        </w:rPr>
        <w:t>☐ Prie pateikto atradimo pridėtos tiksliai dvi pačios komandos padarytos nuotraukos.</w:t>
      </w:r>
    </w:p>
    <w:p w:rsidRPr="006D2A94" w:rsidR="00545928" w:rsidP="1C577CFE" w:rsidRDefault="00000000" w14:paraId="4C02F835" w14:textId="708977EA">
      <w:pPr>
        <w:rPr>
          <w:sz w:val="22"/>
          <w:szCs w:val="22"/>
          <w:lang w:val="lt-LT"/>
        </w:rPr>
      </w:pPr>
      <w:r w:rsidRPr="6FC969DD" w:rsidR="00000000">
        <w:rPr>
          <w:sz w:val="22"/>
          <w:szCs w:val="22"/>
          <w:lang w:val="lt-LT"/>
        </w:rPr>
        <w:t xml:space="preserve">☐ </w:t>
      </w:r>
      <w:r w:rsidRPr="6FC969DD" w:rsidR="1C3A48AD">
        <w:rPr>
          <w:sz w:val="22"/>
          <w:szCs w:val="22"/>
          <w:lang w:val="lt-LT"/>
        </w:rPr>
        <w:t xml:space="preserve">Bylų </w:t>
      </w:r>
      <w:r w:rsidRPr="6FC969DD" w:rsidR="00000000">
        <w:rPr>
          <w:sz w:val="22"/>
          <w:szCs w:val="22"/>
          <w:lang w:val="lt-LT"/>
        </w:rPr>
        <w:t>pavadinimuose nurodyti mokyklos ir komandos pavadinimai bei atradimo numeris.</w:t>
      </w:r>
    </w:p>
    <w:p w:rsidR="00545928" w:rsidP="1C577CFE" w:rsidRDefault="00000000" w14:paraId="28F8D4B5" w14:textId="5E6D496A">
      <w:pPr>
        <w:rPr>
          <w:sz w:val="22"/>
          <w:szCs w:val="22"/>
          <w:lang w:val="lt-LT"/>
        </w:rPr>
      </w:pPr>
      <w:r w:rsidRPr="1C577CFE">
        <w:rPr>
          <w:sz w:val="22"/>
          <w:szCs w:val="22"/>
          <w:lang w:val="lt-LT"/>
        </w:rPr>
        <w:t>☐ Pridėta</w:t>
      </w:r>
      <w:r w:rsidRPr="1C577CFE" w:rsidR="75B67CDF">
        <w:rPr>
          <w:sz w:val="22"/>
          <w:szCs w:val="22"/>
          <w:lang w:val="lt-LT"/>
        </w:rPr>
        <w:t>s</w:t>
      </w:r>
      <w:r w:rsidRPr="1C577CFE">
        <w:rPr>
          <w:sz w:val="22"/>
          <w:szCs w:val="22"/>
          <w:lang w:val="lt-LT"/>
        </w:rPr>
        <w:t xml:space="preserve"> pasirašyt</w:t>
      </w:r>
      <w:r w:rsidRPr="1C577CFE" w:rsidR="7EC3A64C">
        <w:rPr>
          <w:sz w:val="22"/>
          <w:szCs w:val="22"/>
          <w:lang w:val="lt-LT"/>
        </w:rPr>
        <w:t>as</w:t>
      </w:r>
      <w:r w:rsidRPr="1C577CFE">
        <w:rPr>
          <w:sz w:val="22"/>
          <w:szCs w:val="22"/>
          <w:lang w:val="lt-LT"/>
        </w:rPr>
        <w:t xml:space="preserve"> tėvų ar kitų teisėtų atstovų </w:t>
      </w:r>
      <w:r w:rsidRPr="1C577CFE" w:rsidR="7F03EA16">
        <w:rPr>
          <w:sz w:val="22"/>
          <w:szCs w:val="22"/>
          <w:lang w:val="lt-LT"/>
        </w:rPr>
        <w:t xml:space="preserve">sutikimas </w:t>
      </w:r>
      <w:r w:rsidRPr="1C577CFE">
        <w:rPr>
          <w:sz w:val="22"/>
          <w:szCs w:val="22"/>
          <w:lang w:val="lt-LT"/>
        </w:rPr>
        <w:t>kiekvienam komandos dalyviui</w:t>
      </w:r>
      <w:r w:rsidRPr="1C577CFE" w:rsidR="1EF5CE2F">
        <w:rPr>
          <w:sz w:val="22"/>
          <w:szCs w:val="22"/>
          <w:lang w:val="lt-LT"/>
        </w:rPr>
        <w:t>.</w:t>
      </w:r>
    </w:p>
    <w:p w:rsidRPr="006D2A94" w:rsidR="00AE6E6E" w:rsidP="00AE6E6E" w:rsidRDefault="00AE6E6E" w14:paraId="110716ED" w14:textId="6073F3A6">
      <w:pPr>
        <w:rPr>
          <w:sz w:val="22"/>
          <w:lang w:val="lt-LT"/>
        </w:rPr>
      </w:pPr>
      <w:r w:rsidRPr="006D2A94">
        <w:rPr>
          <w:rFonts w:ascii="Segoe UI Symbol" w:hAnsi="Segoe UI Symbol" w:cs="Segoe UI Symbol"/>
          <w:sz w:val="22"/>
          <w:lang w:val="lt-LT"/>
        </w:rPr>
        <w:t>☐</w:t>
      </w:r>
      <w:r w:rsidRPr="006D2A94">
        <w:rPr>
          <w:sz w:val="22"/>
          <w:lang w:val="lt-LT"/>
        </w:rPr>
        <w:t xml:space="preserve"> Pridėta</w:t>
      </w:r>
      <w:r>
        <w:rPr>
          <w:sz w:val="22"/>
          <w:lang w:val="lt-LT"/>
        </w:rPr>
        <w:t>s</w:t>
      </w:r>
      <w:r w:rsidRPr="006D2A94">
        <w:rPr>
          <w:sz w:val="22"/>
          <w:lang w:val="lt-LT"/>
        </w:rPr>
        <w:t xml:space="preserve"> mokyklos patvirtinimas.</w:t>
      </w:r>
    </w:p>
    <w:p w:rsidRPr="006D2A94" w:rsidR="00AE6E6E" w:rsidP="00AE6E6E" w:rsidRDefault="00AE6E6E" w14:paraId="2A599AA6" w14:textId="6BAC6186">
      <w:pPr>
        <w:rPr>
          <w:sz w:val="22"/>
          <w:lang w:val="lt-LT"/>
        </w:rPr>
      </w:pPr>
      <w:r w:rsidRPr="006D2A94">
        <w:rPr>
          <w:rFonts w:ascii="Segoe UI Symbol" w:hAnsi="Segoe UI Symbol" w:cs="Segoe UI Symbol"/>
          <w:sz w:val="22"/>
          <w:lang w:val="lt-LT"/>
        </w:rPr>
        <w:t>☐</w:t>
      </w:r>
      <w:r w:rsidRPr="006D2A94">
        <w:rPr>
          <w:sz w:val="22"/>
          <w:lang w:val="lt-LT"/>
        </w:rPr>
        <w:t xml:space="preserve"> Pridėt</w:t>
      </w:r>
      <w:r w:rsidR="00544667">
        <w:rPr>
          <w:sz w:val="22"/>
          <w:lang w:val="lt-LT"/>
        </w:rPr>
        <w:t>i</w:t>
      </w:r>
      <w:r w:rsidRPr="006D2A94">
        <w:rPr>
          <w:sz w:val="22"/>
          <w:lang w:val="lt-LT"/>
        </w:rPr>
        <w:t xml:space="preserve"> reikalingi trečiųjų asmenų sutikimai</w:t>
      </w:r>
      <w:r w:rsidR="00544667">
        <w:rPr>
          <w:sz w:val="22"/>
          <w:lang w:val="lt-LT"/>
        </w:rPr>
        <w:t xml:space="preserve"> (jeigu reikia).</w:t>
      </w:r>
    </w:p>
    <w:p w:rsidRPr="006D2A94" w:rsidR="00545928" w:rsidP="1C577CFE" w:rsidRDefault="00000000" w14:paraId="6D04FA38" w14:textId="2EBEBD74">
      <w:pPr>
        <w:rPr>
          <w:sz w:val="22"/>
          <w:szCs w:val="22"/>
          <w:lang w:val="lt-LT"/>
        </w:rPr>
      </w:pPr>
      <w:r w:rsidRPr="1C577CFE">
        <w:rPr>
          <w:sz w:val="22"/>
          <w:szCs w:val="22"/>
          <w:lang w:val="lt-LT"/>
        </w:rPr>
        <w:t>☐ P</w:t>
      </w:r>
      <w:r w:rsidRPr="1C577CFE" w:rsidR="5AADC231">
        <w:rPr>
          <w:sz w:val="22"/>
          <w:szCs w:val="22"/>
          <w:lang w:val="lt-LT"/>
        </w:rPr>
        <w:t>ateikiamas p</w:t>
      </w:r>
      <w:r w:rsidRPr="1C577CFE">
        <w:rPr>
          <w:sz w:val="22"/>
          <w:szCs w:val="22"/>
          <w:lang w:val="lt-LT"/>
        </w:rPr>
        <w:t>apildomas trumpas iki 60 sekundžių filmukas, jei komanda jį sukūrė.</w:t>
      </w:r>
    </w:p>
    <w:p w:rsidR="00EC590D" w:rsidRDefault="00EC590D" w14:paraId="459DC0AA" w14:textId="77777777">
      <w:pPr>
        <w:rPr>
          <w:sz w:val="22"/>
          <w:lang w:val="lt-LT"/>
        </w:rPr>
      </w:pPr>
    </w:p>
    <w:p w:rsidRPr="006D2A94" w:rsidR="00545928" w:rsidP="1C577CFE" w:rsidRDefault="00000000" w14:paraId="730027B5" w14:textId="742E0089">
      <w:pPr>
        <w:rPr>
          <w:sz w:val="22"/>
          <w:szCs w:val="22"/>
          <w:lang w:val="lt-LT"/>
        </w:rPr>
      </w:pPr>
      <w:r w:rsidRPr="1C577CFE">
        <w:rPr>
          <w:sz w:val="22"/>
          <w:szCs w:val="22"/>
          <w:lang w:val="lt-LT"/>
        </w:rPr>
        <w:t xml:space="preserve">Nuotraukų pavadinimo pavyzdys: </w:t>
      </w:r>
      <w:r w:rsidRPr="1C577CFE">
        <w:rPr>
          <w:i w:val="1"/>
          <w:iCs w:val="1"/>
          <w:sz w:val="22"/>
          <w:szCs w:val="22"/>
          <w:lang w:val="lt-LT"/>
        </w:rPr>
        <w:t>Mokykla_Komanda_Atradimas_Nuotrauka1</w:t>
      </w:r>
      <w:r w:rsidRPr="1C577CFE" w:rsidR="26D8B18C">
        <w:rPr>
          <w:i w:val="1"/>
          <w:iCs w:val="1"/>
          <w:sz w:val="22"/>
          <w:szCs w:val="22"/>
          <w:lang w:val="lt-LT"/>
        </w:rPr>
        <w:t xml:space="preserve"> (2)</w:t>
      </w:r>
      <w:r w:rsidRPr="1C577CFE">
        <w:rPr>
          <w:i w:val="1"/>
          <w:iCs w:val="1"/>
          <w:sz w:val="22"/>
          <w:szCs w:val="22"/>
          <w:lang w:val="lt-LT"/>
        </w:rPr>
        <w:t>.jpg.</w:t>
      </w:r>
      <w:r>
        <w:br/>
      </w:r>
      <w:r w:rsidRPr="1C577CFE">
        <w:rPr>
          <w:sz w:val="22"/>
          <w:szCs w:val="22"/>
          <w:lang w:val="lt-LT"/>
        </w:rPr>
        <w:t xml:space="preserve">Filmuko pavadinimo pavyzdys: </w:t>
      </w:r>
      <w:r w:rsidRPr="1C577CFE">
        <w:rPr>
          <w:i w:val="1"/>
          <w:iCs w:val="1"/>
          <w:sz w:val="22"/>
          <w:szCs w:val="22"/>
          <w:lang w:val="lt-LT"/>
        </w:rPr>
        <w:t>Mokykla_Komanda_Atradimas_Filmukas.mp4.</w:t>
      </w:r>
    </w:p>
    <w:p w:rsidR="00EC590D" w:rsidRDefault="00EC590D" w14:paraId="7E3E5E1B" w14:textId="77777777">
      <w:pPr>
        <w:rPr>
          <w:sz w:val="22"/>
          <w:lang w:val="lt-LT"/>
        </w:rPr>
      </w:pPr>
    </w:p>
    <w:p w:rsidRPr="006D2A94" w:rsidR="00545928" w:rsidP="6FC969DD" w:rsidRDefault="00000000" w14:paraId="68004436" w14:textId="6CC63888">
      <w:pPr>
        <w:pStyle w:val="Normal"/>
        <w:suppressLineNumbers w:val="0"/>
        <w:bidi w:val="0"/>
        <w:spacing w:before="0" w:beforeAutospacing="off" w:after="100" w:afterAutospacing="off" w:line="276" w:lineRule="auto"/>
        <w:ind w:left="0" w:right="0"/>
        <w:jc w:val="left"/>
        <w:rPr>
          <w:sz w:val="22"/>
          <w:szCs w:val="22"/>
          <w:lang w:val="lt-LT"/>
        </w:rPr>
      </w:pPr>
      <w:r w:rsidRPr="6FC969DD" w:rsidR="71144692">
        <w:rPr>
          <w:b w:val="1"/>
          <w:bCs w:val="1"/>
          <w:sz w:val="22"/>
          <w:szCs w:val="22"/>
          <w:lang w:val="lt-LT"/>
        </w:rPr>
        <w:t xml:space="preserve">Paraiška ir </w:t>
      </w:r>
      <w:r w:rsidRPr="6FC969DD" w:rsidR="55D0E440">
        <w:rPr>
          <w:b w:val="1"/>
          <w:bCs w:val="1"/>
          <w:sz w:val="22"/>
          <w:szCs w:val="22"/>
          <w:lang w:val="lt-LT"/>
        </w:rPr>
        <w:t>bylos</w:t>
      </w:r>
      <w:r w:rsidRPr="6FC969DD" w:rsidR="71144692">
        <w:rPr>
          <w:b w:val="1"/>
          <w:bCs w:val="1"/>
          <w:sz w:val="22"/>
          <w:szCs w:val="22"/>
          <w:lang w:val="lt-LT"/>
        </w:rPr>
        <w:t xml:space="preserve"> siunčiami</w:t>
      </w:r>
      <w:r w:rsidRPr="6FC969DD" w:rsidR="633AA00D">
        <w:rPr>
          <w:b w:val="1"/>
          <w:bCs w:val="1"/>
          <w:sz w:val="22"/>
          <w:szCs w:val="22"/>
          <w:lang w:val="lt-LT"/>
        </w:rPr>
        <w:t xml:space="preserve"> el. pašt</w:t>
      </w:r>
      <w:r w:rsidRPr="6FC969DD" w:rsidR="633AA00D">
        <w:rPr>
          <w:b w:val="1"/>
          <w:bCs w:val="1"/>
          <w:sz w:val="22"/>
          <w:szCs w:val="22"/>
          <w:lang w:val="lt-LT"/>
        </w:rPr>
        <w:t>u</w:t>
      </w:r>
      <w:r w:rsidRPr="6FC969DD" w:rsidR="633AA00D">
        <w:rPr>
          <w:sz w:val="22"/>
          <w:szCs w:val="22"/>
          <w:lang w:val="lt-LT"/>
        </w:rPr>
        <w:t xml:space="preserve">: </w:t>
      </w:r>
      <w:r w:rsidRPr="6FC969DD" w:rsidR="633AA00D">
        <w:rPr>
          <w:sz w:val="22"/>
          <w:szCs w:val="22"/>
          <w:lang w:val="lt-LT"/>
        </w:rPr>
        <w:t>info</w:t>
      </w:r>
      <w:r w:rsidRPr="6FC969DD" w:rsidR="633AA00D">
        <w:rPr>
          <w:sz w:val="22"/>
          <w:szCs w:val="22"/>
          <w:lang w:val="en-GB"/>
        </w:rPr>
        <w:t>@RietavoTVIC.lt</w:t>
      </w:r>
      <w:r w:rsidRPr="6FC969DD" w:rsidR="71144692">
        <w:rPr>
          <w:sz w:val="22"/>
          <w:szCs w:val="22"/>
          <w:lang w:val="lt-LT"/>
        </w:rPr>
        <w:t xml:space="preserve">. </w:t>
      </w:r>
      <w:r w:rsidRPr="6FC969DD" w:rsidR="71144692">
        <w:rPr>
          <w:b w:val="1"/>
          <w:bCs w:val="1"/>
          <w:sz w:val="22"/>
          <w:szCs w:val="22"/>
          <w:lang w:val="lt-LT"/>
        </w:rPr>
        <w:t>Laiško tema</w:t>
      </w:r>
      <w:r w:rsidRPr="6FC969DD" w:rsidR="71144692">
        <w:rPr>
          <w:sz w:val="22"/>
          <w:szCs w:val="22"/>
          <w:lang w:val="lt-LT"/>
        </w:rPr>
        <w:t xml:space="preserve">: </w:t>
      </w:r>
      <w:r w:rsidRPr="6FC969DD" w:rsidR="71144692">
        <w:rPr>
          <w:i w:val="1"/>
          <w:iCs w:val="1"/>
          <w:sz w:val="22"/>
          <w:szCs w:val="22"/>
          <w:lang w:val="lt-LT"/>
        </w:rPr>
        <w:t>„Konkursui Istorijos detektyvai – mokyklos pavadinimas – komandos pavadinimas</w:t>
      </w:r>
      <w:r w:rsidRPr="6FC969DD" w:rsidR="71144692">
        <w:rPr>
          <w:sz w:val="22"/>
          <w:szCs w:val="22"/>
          <w:lang w:val="lt-LT"/>
        </w:rPr>
        <w:t>“</w:t>
      </w:r>
      <w:r w:rsidRPr="6FC969DD" w:rsidR="71144692">
        <w:rPr>
          <w:sz w:val="22"/>
          <w:szCs w:val="22"/>
          <w:lang w:val="lt-LT"/>
        </w:rPr>
        <w:t xml:space="preserve">. </w:t>
      </w:r>
    </w:p>
    <w:sectPr w:rsidRPr="006D2A94" w:rsidR="00545928" w:rsidSect="00D740BB">
      <w:pgSz w:w="12240" w:h="15840" w:orient="portrait"/>
      <w:pgMar w:top="1135" w:right="567" w:bottom="851" w:left="1701" w:header="567"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21C2" w:rsidP="00D740BB" w:rsidRDefault="00BF21C2" w14:paraId="77C00449" w14:textId="77777777">
      <w:pPr>
        <w:spacing w:after="0" w:line="240" w:lineRule="auto"/>
      </w:pPr>
      <w:r>
        <w:separator/>
      </w:r>
    </w:p>
  </w:endnote>
  <w:endnote w:type="continuationSeparator" w:id="0">
    <w:p w:rsidR="00BF21C2" w:rsidP="00D740BB" w:rsidRDefault="00BF21C2" w14:paraId="4665713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21C2" w:rsidP="00D740BB" w:rsidRDefault="00BF21C2" w14:paraId="4A6B6D35" w14:textId="77777777">
      <w:pPr>
        <w:spacing w:after="0" w:line="240" w:lineRule="auto"/>
      </w:pPr>
      <w:r>
        <w:separator/>
      </w:r>
    </w:p>
  </w:footnote>
  <w:footnote w:type="continuationSeparator" w:id="0">
    <w:p w:rsidR="00BF21C2" w:rsidP="00D740BB" w:rsidRDefault="00BF21C2" w14:paraId="1707F01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316424768">
    <w:abstractNumId w:val="8"/>
  </w:num>
  <w:num w:numId="2" w16cid:durableId="751464778">
    <w:abstractNumId w:val="6"/>
  </w:num>
  <w:num w:numId="3" w16cid:durableId="615717246">
    <w:abstractNumId w:val="5"/>
  </w:num>
  <w:num w:numId="4" w16cid:durableId="84964835">
    <w:abstractNumId w:val="4"/>
  </w:num>
  <w:num w:numId="5" w16cid:durableId="777339422">
    <w:abstractNumId w:val="7"/>
  </w:num>
  <w:num w:numId="6" w16cid:durableId="214511122">
    <w:abstractNumId w:val="3"/>
  </w:num>
  <w:num w:numId="7" w16cid:durableId="898249866">
    <w:abstractNumId w:val="2"/>
  </w:num>
  <w:num w:numId="8" w16cid:durableId="1377773079">
    <w:abstractNumId w:val="1"/>
  </w:num>
  <w:num w:numId="9" w16cid:durableId="49304150">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8"/>
  <w:proofState w:spelling="clean" w:grammar="dirty"/>
  <w:trackRevisions w:val="false"/>
  <w:defaultTabStop w:val="720"/>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000"/>
    <w:rsid w:val="00034616"/>
    <w:rsid w:val="00054A5D"/>
    <w:rsid w:val="0006063C"/>
    <w:rsid w:val="0015074B"/>
    <w:rsid w:val="0029639D"/>
    <w:rsid w:val="002F2CE8"/>
    <w:rsid w:val="00307BEB"/>
    <w:rsid w:val="00326F90"/>
    <w:rsid w:val="003D30FA"/>
    <w:rsid w:val="00442672"/>
    <w:rsid w:val="004D1BD3"/>
    <w:rsid w:val="00544667"/>
    <w:rsid w:val="00545928"/>
    <w:rsid w:val="00632139"/>
    <w:rsid w:val="00640061"/>
    <w:rsid w:val="006D2A94"/>
    <w:rsid w:val="00703C92"/>
    <w:rsid w:val="007074C2"/>
    <w:rsid w:val="009C3FA4"/>
    <w:rsid w:val="009F77E6"/>
    <w:rsid w:val="00AA1D8D"/>
    <w:rsid w:val="00AE6E6E"/>
    <w:rsid w:val="00B47730"/>
    <w:rsid w:val="00BF21C2"/>
    <w:rsid w:val="00CB0664"/>
    <w:rsid w:val="00D740BB"/>
    <w:rsid w:val="00E542BC"/>
    <w:rsid w:val="00EC590D"/>
    <w:rsid w:val="00FC693F"/>
    <w:rsid w:val="0265B657"/>
    <w:rsid w:val="04138BBF"/>
    <w:rsid w:val="0C5CE839"/>
    <w:rsid w:val="1391E595"/>
    <w:rsid w:val="1396BD1F"/>
    <w:rsid w:val="1B2AF0DD"/>
    <w:rsid w:val="1C3A48AD"/>
    <w:rsid w:val="1C577CFE"/>
    <w:rsid w:val="1E0ABC27"/>
    <w:rsid w:val="1EF5CE2F"/>
    <w:rsid w:val="21E90222"/>
    <w:rsid w:val="252A6499"/>
    <w:rsid w:val="2564C59B"/>
    <w:rsid w:val="26D8B18C"/>
    <w:rsid w:val="33AE2E97"/>
    <w:rsid w:val="3568D159"/>
    <w:rsid w:val="4BFE29E1"/>
    <w:rsid w:val="4E6DC0D7"/>
    <w:rsid w:val="4F017DB5"/>
    <w:rsid w:val="4F04F8EA"/>
    <w:rsid w:val="55D0E440"/>
    <w:rsid w:val="57893E5B"/>
    <w:rsid w:val="587E16D2"/>
    <w:rsid w:val="591DE0F4"/>
    <w:rsid w:val="5AADC231"/>
    <w:rsid w:val="5C51B954"/>
    <w:rsid w:val="633AA00D"/>
    <w:rsid w:val="6C3F1916"/>
    <w:rsid w:val="6E2DFE3B"/>
    <w:rsid w:val="6FC969DD"/>
    <w:rsid w:val="71144692"/>
    <w:rsid w:val="71DAD8B9"/>
    <w:rsid w:val="75B67CDF"/>
    <w:rsid w:val="766AE9A1"/>
    <w:rsid w:val="7934FFDA"/>
    <w:rsid w:val="7AEC2D66"/>
    <w:rsid w:val="7C586A7D"/>
    <w:rsid w:val="7DEBC8B5"/>
    <w:rsid w:val="7EC3A64C"/>
    <w:rsid w:val="7F03EA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5117FF32-C0EF-4092-8833-5FC9731EBF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00"/>
    </w:pPr>
    <w:rPr>
      <w:rFonts w:ascii="Calibri" w:hAnsi="Calibri"/>
      <w:color w:val="000000"/>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hAnsiTheme="majorHAnsi" w:eastAsiaTheme="majorEastAsia" w:cstheme="majorBidi"/>
      <w:spacing w:val="5"/>
      <w:kern w:val="28"/>
      <w:sz w:val="36"/>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4.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customXml" Target="../customXml/item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16/09/relationships/commentsIds" Target="commentsIds.xml" Id="R4686637c66c54cb7" /><Relationship Type="http://schemas.microsoft.com/office/2011/relationships/commentsExtended" Target="commentsExtended.xml" Id="R19d1f7fc084f4ca9" /><Relationship Type="http://schemas.microsoft.com/office/2011/relationships/people" Target="people.xml" Id="Rdd0f6ee579fa4f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as" ma:contentTypeID="0x010100C77FF44722A07C4992CD47B4C0DFD200" ma:contentTypeVersion="13" ma:contentTypeDescription="Kurkite naują dokumentą." ma:contentTypeScope="" ma:versionID="895ba6a5cc578adea38e7cef528edb60">
  <xsd:schema xmlns:xsd="http://www.w3.org/2001/XMLSchema" xmlns:xs="http://www.w3.org/2001/XMLSchema" xmlns:p="http://schemas.microsoft.com/office/2006/metadata/properties" xmlns:ns2="7f236ecf-0499-4517-9015-be753c02fcfd" xmlns:ns3="86c82b03-8bbf-4e9e-b4ac-9f1023d8c49e" targetNamespace="http://schemas.microsoft.com/office/2006/metadata/properties" ma:root="true" ma:fieldsID="60ad3bb2fee0862ba3d6990831eeb66e" ns2:_="" ns3:_="">
    <xsd:import namespace="7f236ecf-0499-4517-9015-be753c02fcfd"/>
    <xsd:import namespace="86c82b03-8bbf-4e9e-b4ac-9f1023d8c49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36ecf-0499-4517-9015-be753c02fcfd"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5" nillable="true" ma:displayName="Taxonomy Catch All Column" ma:hidden="true" ma:list="{db4e30e8-961c-494d-abdc-4375de89e246}" ma:internalName="TaxCatchAll" ma:showField="CatchAllData" ma:web="7f236ecf-0499-4517-9015-be753c02fc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6c82b03-8bbf-4e9e-b4ac-9f1023d8c49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Vaizdų žymės" ma:readOnly="false" ma:fieldId="{5cf76f15-5ced-4ddc-b409-7134ff3c332f}" ma:taxonomyMulti="true" ma:sspId="48abd7bc-99ea-4f3a-b7d0-d923993ec4b8"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f236ecf-0499-4517-9015-be753c02fcfd" xsi:nil="true"/>
    <lcf76f155ced4ddcb4097134ff3c332f xmlns="86c82b03-8bbf-4e9e-b4ac-9f1023d8c4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3E4635CA-2033-4B24-913F-6F9A29914B11}"/>
</file>

<file path=customXml/itemProps3.xml><?xml version="1.0" encoding="utf-8"?>
<ds:datastoreItem xmlns:ds="http://schemas.openxmlformats.org/officeDocument/2006/customXml" ds:itemID="{B0B99D6F-01F5-43C9-9E41-B8C4DA1ACFD2}"/>
</file>

<file path=customXml/itemProps4.xml><?xml version="1.0" encoding="utf-8"?>
<ds:datastoreItem xmlns:ds="http://schemas.openxmlformats.org/officeDocument/2006/customXml" ds:itemID="{B2E3B281-52D1-43D5-9D6A-27C709E204F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Vaiva Petrauskienė</lastModifiedBy>
  <revision>20</revision>
  <dcterms:created xsi:type="dcterms:W3CDTF">2013-12-23T23:15:00.0000000Z</dcterms:created>
  <dcterms:modified xsi:type="dcterms:W3CDTF">2026-10-16T12:04:20.8110731Z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0x010100C77FF44722A07C4992CD47B4C0DFD200</vt:lpwstr>
  </property>
  <property fmtid="{D5CDD505-2E9C-101B-9397-08002B2CF9AE}" pid="3" name="MediaServiceImageTags">
    <vt:lpwstr/>
  </property>
</Properties>
</file>